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E0831" w:rsidP="19A3F91A" w:rsidRDefault="008E0831" w14:paraId="5D0D3202" w14:noSpellErr="1" w14:textId="63FD96EA">
      <w:pPr>
        <w:pStyle w:val="Title"/>
        <w:pBdr>
          <w:bottom w:val="single" w:color="4F81BD" w:sz="8" w:space="4"/>
        </w:pBdr>
        <w:spacing w:after="300" w:line="24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6C625A"/>
          <w:sz w:val="24"/>
          <w:szCs w:val="24"/>
          <w:lang w:val="en-US"/>
        </w:rPr>
      </w:pPr>
      <w:r w:rsidRPr="19A3F91A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6C625A"/>
          <w:sz w:val="24"/>
          <w:szCs w:val="24"/>
        </w:rPr>
        <w:t xml:space="preserve">Solicitud Simple de Propuestas </w:t>
      </w:r>
      <w:r w:rsidRPr="19A3F91A" w:rsidR="132B9D5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6C625A"/>
          <w:sz w:val="24"/>
          <w:szCs w:val="24"/>
        </w:rPr>
        <w:t>(RFP)</w:t>
      </w:r>
    </w:p>
    <w:p w:rsidR="008E0831" w:rsidP="393C5F6C" w:rsidRDefault="008E0831" w14:paraId="6ACFE7D3" w14:textId="0053694C">
      <w:pPr>
        <w:pStyle w:val="Subtitle"/>
        <w:suppressLineNumbers w:val="0"/>
        <w:bidi w:val="0"/>
        <w:spacing w:before="0" w:beforeAutospacing="off" w:after="120" w:afterAutospacing="off" w:line="276" w:lineRule="auto"/>
        <w:ind w:left="0" w:right="0"/>
        <w:jc w:val="left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F25B27"/>
          <w:sz w:val="32"/>
          <w:szCs w:val="32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F25B27"/>
          <w:sz w:val="32"/>
          <w:szCs w:val="32"/>
          <w:lang w:val="Spanish (Mexico)"/>
        </w:rPr>
        <w:t xml:space="preserve">PROGRAMA DE BECAS NUESTRA 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F25B27"/>
          <w:sz w:val="32"/>
          <w:szCs w:val="32"/>
          <w:lang w:val="Spanish (Mexico)"/>
        </w:rPr>
        <w:t xml:space="preserve">HERENCIA | </w:t>
      </w:r>
      <w:r w:rsidRPr="393C5F6C" w:rsidR="16F667F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F25B27"/>
          <w:sz w:val="32"/>
          <w:szCs w:val="32"/>
          <w:lang w:val="Spanish (Mexico)"/>
        </w:rPr>
      </w:r>
      <w:r w:rsidRPr="393C5F6C" w:rsidR="6F9C8E3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F25B27"/>
          <w:sz w:val="32"/>
          <w:szCs w:val="32"/>
          <w:lang w:val="Spanish (Mexico)"/>
        </w:rPr>
        <w:t>PLANTILLA DE SOLICITUD DE PROSCRIPCIÓN</w:t>
      </w:r>
    </w:p>
    <w:p w:rsidR="008E0831" w:rsidP="393C5F6C" w:rsidRDefault="008E0831" w14:paraId="43D8E2F0" w14:textId="2D41AB5E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Spanish (Mexico)"/>
        </w:rPr>
        <w:t>Una RFP es una invitación corta que pide a personas o empresas cómo completarían un proyecto y cuánto cobrarían. Reemplaza el [texto entre corchetes] con tu información. Elimina cualquier ejemplo o instrucción antes de compartir.</w:t>
      </w:r>
    </w:p>
    <w:p w:rsidR="008E0831" w:rsidP="393C5F6C" w:rsidRDefault="008E0831" w14:paraId="63E62B6F" w14:textId="5CED512B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008E0831" w:rsidP="393C5F6C" w:rsidRDefault="008E0831" w14:paraId="2D52513F" w14:textId="037C57BC">
      <w:pPr>
        <w:pStyle w:val="Heading1"/>
        <w:keepNext w:val="1"/>
        <w:keepLines w:val="1"/>
        <w:spacing w:before="220" w:after="10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Spanish (Mexico)"/>
        </w:rPr>
        <w:t>1. Quiénes somos</w:t>
      </w:r>
    </w:p>
    <w:p w:rsidR="008E0831" w:rsidP="393C5F6C" w:rsidRDefault="008E0831" w14:paraId="66F25BF0" w14:textId="54F66B68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Organización: [Nombre de tu organización]</w:t>
      </w:r>
    </w:p>
    <w:p w:rsidR="008E0831" w:rsidP="393C5F6C" w:rsidRDefault="008E0831" w14:paraId="44C1AAAB" w14:textId="137122E9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Persona de contacto: [Nombre, correo electrónico y teléfono]</w:t>
      </w:r>
    </w:p>
    <w:p w:rsidR="008E0831" w:rsidP="393C5F6C" w:rsidRDefault="008E0831" w14:paraId="69CA6CA3" w14:textId="46BC3C16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Ubicación: [Ciudad y estado]</w:t>
      </w:r>
    </w:p>
    <w:p w:rsidR="008E0831" w:rsidP="393C5F6C" w:rsidRDefault="008E0831" w14:paraId="56E1FB99" w14:textId="70D03A16">
      <w:pPr>
        <w:pStyle w:val="Heading1"/>
        <w:keepNext w:val="1"/>
        <w:keepLines w:val="1"/>
        <w:spacing w:before="220" w:after="10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Spanish (Mexico)"/>
        </w:rPr>
        <w:t>2. Nuestro proyecto</w:t>
      </w:r>
    </w:p>
    <w:p w:rsidR="008E0831" w:rsidP="393C5F6C" w:rsidRDefault="008E0831" w14:paraId="7CCE981B" w14:textId="6E98DCBA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Nombre del proyecto: [Nombre]</w:t>
      </w:r>
    </w:p>
    <w:p w:rsidR="008E0831" w:rsidP="393C5F6C" w:rsidRDefault="008E0831" w14:paraId="2DFB5BCE" w14:textId="7A54CE77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Estamos buscando un [tipo de profesional o servicio] que nos ayude [describir el proyecto en 2–3 oraciones].</w:t>
      </w:r>
    </w:p>
    <w:p w:rsidR="008E0831" w:rsidP="393C5F6C" w:rsidRDefault="008E0831" w14:paraId="29E989A9" w14:textId="6770ACC4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Por qué esto importa: [Explica brevemente el lugar, la historia o la comunidad que apoya este proyecto.]</w:t>
      </w:r>
    </w:p>
    <w:p w:rsidR="008E0831" w:rsidP="393C5F6C" w:rsidRDefault="008E0831" w14:paraId="37930EBF" w14:textId="4B1B1A2A">
      <w:pPr>
        <w:pStyle w:val="Heading1"/>
        <w:keepNext w:val="1"/>
        <w:keepLines w:val="1"/>
        <w:spacing w:before="220" w:after="10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Spanish (Mexico)"/>
        </w:rPr>
        <w:t>3. En qué necesitamos ayuda</w:t>
      </w:r>
    </w:p>
    <w:p w:rsidR="008E0831" w:rsidP="393C5F6C" w:rsidRDefault="008E0831" w14:paraId="64230780" w14:textId="443BA819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Por favor, ayúdanos con las siguientes tareas (editar o eliminar elementos):</w:t>
      </w:r>
    </w:p>
    <w:p w:rsidR="008E0831" w:rsidP="393C5F6C" w:rsidRDefault="008E0831" w14:paraId="6F48C0A3" w14:textId="61672C49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☐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 Preparar una nominación </w:t>
      </w:r>
      <w:r w:rsidRPr="393C5F6C" w:rsidR="16F667FC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☐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 de designación histórica  Investigar o documentar la historia </w:t>
      </w:r>
      <w:r w:rsidRPr="393C5F6C" w:rsidR="16F667FC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☐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 Preparar un plan de preservación</w:t>
      </w:r>
    </w:p>
    <w:p w:rsidR="008E0831" w:rsidP="393C5F6C" w:rsidRDefault="008E0831" w14:paraId="013569B5" w14:textId="2D353723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☐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 Reparar o restaurar una característica   </w:t>
      </w:r>
      <w:r w:rsidRPr="393C5F6C" w:rsidR="16F667FC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☐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 histórica Liderar reuniones   </w:t>
      </w:r>
      <w:r w:rsidRPr="393C5F6C" w:rsidR="16F667FC">
        <w:rPr>
          <w:rFonts w:ascii="Segoe UI Symbol" w:hAnsi="Segoe UI Symbol" w:eastAsia="Segoe UI Symbol" w:cs="Segoe UI Symbo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☐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 comunitarias Otros: [Describir]</w:t>
      </w:r>
    </w:p>
    <w:p w:rsidR="008E0831" w:rsidP="393C5F6C" w:rsidRDefault="008E0831" w14:paraId="6BAE361F" w14:textId="6A06DCEE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Al final del proyecto, nos gustaría recibir: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 [Enumerar los elementos finales o resultados, como un informe escrito, dibujos, fotos o reparaciones completadas.]</w:t>
      </w:r>
    </w:p>
    <w:p w:rsidR="008E0831" w:rsidP="393C5F6C" w:rsidRDefault="008E0831" w14:paraId="5F8A3736" w14:textId="2936D5D9">
      <w:pPr>
        <w:pStyle w:val="Heading1"/>
        <w:keepNext w:val="1"/>
        <w:keepLines w:val="1"/>
        <w:spacing w:before="220" w:after="10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Spanish (Mexico)"/>
        </w:rPr>
        <w:t>4. Presupuesto y tiempos</w:t>
      </w:r>
    </w:p>
    <w:p w:rsidR="008E0831" w:rsidP="393C5F6C" w:rsidRDefault="008E0831" w14:paraId="67480C49" w14:textId="7AB6F52A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Nuestro presupuesto disponible es: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 [cantidad o rango de $]</w:t>
      </w:r>
    </w:p>
    <w:p w:rsidR="008E0831" w:rsidP="393C5F6C" w:rsidRDefault="008E0831" w14:paraId="759D8E0A" w14:textId="30D7C408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Esperamos que comiencen los trabajos: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 [Fecha] Esperamos que los trabajos terminen: [Fecha]</w:t>
      </w:r>
    </w:p>
    <w:p w:rsidR="008E0831" w:rsidP="393C5F6C" w:rsidRDefault="008E0831" w14:paraId="6F498C95" w14:textId="628C2821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Visita al sitio o reunión comunitaria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 (si es necesario): [Detalles o "No requerido"]</w:t>
      </w:r>
    </w:p>
    <w:p w:rsidR="008E0831" w:rsidP="393C5F6C" w:rsidRDefault="008E0831" w14:paraId="028B2E22" w14:textId="6491AFF3">
      <w:pPr>
        <w:pStyle w:val="Heading1"/>
        <w:keepNext w:val="1"/>
        <w:keepLines w:val="1"/>
        <w:spacing w:before="220" w:after="10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Spanish (Mexico)"/>
        </w:rPr>
        <w:t>5. Cómo aplicar</w:t>
      </w:r>
    </w:p>
    <w:p w:rsidR="008E0831" w:rsidP="393C5F6C" w:rsidRDefault="008E0831" w14:paraId="5EC9E1C6" w14:textId="76E49C6C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Por favor, mándanos lo siguiente:</w:t>
      </w:r>
    </w:p>
    <w:p w:rsidR="008E0831" w:rsidP="393C5F6C" w:rsidRDefault="008E0831" w14:paraId="4DF1125C" w14:textId="62FDA103">
      <w:pPr>
        <w:pStyle w:val="Normal"/>
        <w:suppressLineNumbers w:val="0"/>
        <w:bidi w:val="0"/>
        <w:spacing w:before="220" w:beforeAutospacing="off" w:after="100" w:afterAutospacing="off" w:line="276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a. Una breve descripción de cómo harías el trabajo.</w:t>
      </w:r>
    </w:p>
    <w:p w:rsidR="008E0831" w:rsidP="393C5F6C" w:rsidRDefault="008E0831" w14:paraId="54E18C7C" w14:textId="3B917821">
      <w:pPr>
        <w:pStyle w:val="Normal"/>
        <w:suppressLineNumbers w:val="0"/>
        <w:bidi w:val="0"/>
        <w:spacing w:before="220" w:beforeAutospacing="off" w:after="100" w:afterAutospacing="off" w:line="276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b. Tu experiencia relevante 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(un currículum, ejemplos de trabajos anteriores o una breve descripción está bien).</w:t>
      </w:r>
    </w:p>
    <w:p w:rsidR="008E0831" w:rsidP="393C5F6C" w:rsidRDefault="008E0831" w14:paraId="78CC921B" w14:textId="384F006D">
      <w:pPr>
        <w:pStyle w:val="Normal"/>
        <w:suppressLineNumbers w:val="0"/>
        <w:bidi w:val="0"/>
        <w:spacing w:before="220" w:beforeAutospacing="off" w:after="100" w:afterAutospacing="off" w:line="276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c. Tu precio total y un desglose simple de los costos.</w:t>
      </w:r>
    </w:p>
    <w:p w:rsidR="008E0831" w:rsidP="393C5F6C" w:rsidRDefault="008E0831" w14:paraId="4C1D1982" w14:textId="58BBA98D">
      <w:pPr>
        <w:pStyle w:val="Normal"/>
        <w:suppressLineNumbers w:val="0"/>
        <w:bidi w:val="0"/>
        <w:spacing w:before="220" w:beforeAutospacing="off" w:after="100" w:afterAutospacing="off" w:line="276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d. Cuándo podrías empezar y terminar.</w:t>
      </w:r>
    </w:p>
    <w:p w:rsidR="008E0831" w:rsidP="393C5F6C" w:rsidRDefault="008E0831" w14:paraId="777CE0A2" w14:textId="66426B58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Envía tu propuesta a: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 [Correo electrónico o dirección postal]</w:t>
      </w:r>
    </w:p>
    <w:p w:rsidR="008E0831" w:rsidP="393C5F6C" w:rsidRDefault="008E0831" w14:paraId="225B480D" w14:textId="3089FA12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Fecha límite: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 [Fecha, hora y zona horaria]</w:t>
      </w:r>
    </w:p>
    <w:p w:rsidR="008E0831" w:rsidP="393C5F6C" w:rsidRDefault="008E0831" w14:paraId="7085F32B" w14:textId="672AAF90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¿Preguntas? </w:t>
      </w: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Contacto: [Nombre y correo electrónico] por [Fecha].</w:t>
      </w:r>
    </w:p>
    <w:p w:rsidR="008E0831" w:rsidP="393C5F6C" w:rsidRDefault="008E0831" w14:paraId="3E120F36" w14:textId="72397E4C">
      <w:pPr>
        <w:pStyle w:val="Heading1"/>
        <w:keepNext w:val="1"/>
        <w:keepLines w:val="1"/>
        <w:spacing w:before="220" w:after="10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93C5F6C" w:rsidR="16F667F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Spanish (Mexico)"/>
        </w:rPr>
        <w:t>6. Cómo elegiremos</w:t>
      </w:r>
    </w:p>
    <w:p w:rsidR="008E0831" w:rsidP="393C5F6C" w:rsidRDefault="008E0831" w14:paraId="25E4C8DB" w14:textId="62C9F75C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Consideraremos la experiencia con trabajos similares, el entendimiento de nuestra comunidad y proyecto, el enfoque propuesto, el calendario y el costo. Podemos contactar a los solicitantes con preguntas antes de tomar una decisión.</w:t>
      </w:r>
    </w:p>
    <w:p w:rsidR="008E0831" w:rsidP="393C5F6C" w:rsidRDefault="008E0831" w14:paraId="198621ED" w14:textId="74DBAF0E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>Damos la bienvenida a propuestas de particulares, pequeñas empresas y profesionales comunitarios.</w:t>
      </w:r>
    </w:p>
    <w:p w:rsidR="008E0831" w:rsidP="393C5F6C" w:rsidRDefault="008E0831" w14:paraId="16B5B9D3" w14:textId="33D55224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43598053" w14:textId="71B50B11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303D2430" w14:textId="6003E6E1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1831E76F" w14:textId="4FE4351A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24196DD6" w14:textId="230C8163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4B36FC67" w14:textId="0AE477B3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2E932B0A" w14:textId="32F9F585">
      <w:pPr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555C3CD3" w14:textId="5AEB69C9">
      <w:pPr>
        <w:pStyle w:val="Normal"/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08E0831" w:rsidP="393C5F6C" w:rsidRDefault="008E0831" w14:paraId="6D84A63F" w14:textId="6BCB84CF">
      <w:pPr>
        <w:pStyle w:val="Normal"/>
        <w:spacing w:after="1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Opcional: Este proyecto cuenta con el apoyo de una beca de Nuestra Herencia de </w:t>
      </w:r>
      <w:hyperlink r:id="R10bae60064c7479c">
        <w:r w:rsidRPr="393C5F6C" w:rsidR="16F667FC">
          <w:rPr>
            <w:rStyle w:val="Hyperlink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lang w:val="Spanish (Mexico)"/>
          </w:rPr>
          <w:t>Latinos in Heritage Conservation</w:t>
        </w:r>
      </w:hyperlink>
      <w:r w:rsidRPr="393C5F6C" w:rsidR="16F667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Spanish (Mexico)"/>
        </w:rPr>
        <w:t xml:space="preserve"> (LHC).</w:t>
      </w:r>
    </w:p>
    <w:sectPr w:rsidR="008E0831" w:rsidSect="00034616">
      <w:headerReference w:type="default" r:id="rId17"/>
      <w:footerReference w:type="default" r:id="rId18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5D29" w:rsidRDefault="00FB5D29" w14:paraId="6FEA21C4" w14:textId="77777777">
      <w:pPr>
        <w:spacing w:after="0" w:line="240" w:lineRule="auto"/>
      </w:pPr>
      <w:r>
        <w:separator/>
      </w:r>
    </w:p>
  </w:endnote>
  <w:endnote w:type="continuationSeparator" w:id="0">
    <w:p w:rsidR="00FB5D29" w:rsidRDefault="00FB5D29" w14:paraId="1C4A4DD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F93942" w:rsidTr="59F93942" w14:paraId="5C34A80F" w14:textId="77777777">
      <w:trPr>
        <w:trHeight w:val="300"/>
      </w:trPr>
      <w:tc>
        <w:tcPr>
          <w:tcW w:w="3120" w:type="dxa"/>
        </w:tcPr>
        <w:p w:rsidR="59F93942" w:rsidP="59F93942" w:rsidRDefault="59F93942" w14:paraId="4213C783" w14:textId="501E6B9C">
          <w:pPr>
            <w:pStyle w:val="Header"/>
            <w:ind w:left="-115"/>
          </w:pPr>
        </w:p>
      </w:tc>
      <w:tc>
        <w:tcPr>
          <w:tcW w:w="3120" w:type="dxa"/>
        </w:tcPr>
        <w:p w:rsidR="59F93942" w:rsidP="59F93942" w:rsidRDefault="59F93942" w14:paraId="323A2E8D" w14:textId="4CF0F5B5">
          <w:pPr>
            <w:pStyle w:val="Header"/>
            <w:jc w:val="center"/>
          </w:pPr>
        </w:p>
      </w:tc>
      <w:tc>
        <w:tcPr>
          <w:tcW w:w="3120" w:type="dxa"/>
        </w:tcPr>
        <w:p w:rsidR="59F93942" w:rsidP="59F93942" w:rsidRDefault="59F93942" w14:paraId="136B8160" w14:textId="55C28752">
          <w:pPr>
            <w:pStyle w:val="Header"/>
            <w:ind w:right="-115"/>
            <w:jc w:val="right"/>
          </w:pPr>
        </w:p>
      </w:tc>
    </w:tr>
  </w:tbl>
  <w:p w:rsidR="59F93942" w:rsidP="59F93942" w:rsidRDefault="59F93942" w14:paraId="64D620A3" w14:textId="53A598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5D29" w:rsidRDefault="00FB5D29" w14:paraId="390EA4C1" w14:textId="77777777">
      <w:pPr>
        <w:spacing w:after="0" w:line="240" w:lineRule="auto"/>
      </w:pPr>
      <w:r>
        <w:separator/>
      </w:r>
    </w:p>
  </w:footnote>
  <w:footnote w:type="continuationSeparator" w:id="0">
    <w:p w:rsidR="00FB5D29" w:rsidRDefault="00FB5D29" w14:paraId="25CF849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0" w:type="auto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</w:tblBorders>
      <w:tblLayout w:type="fixed"/>
      <w:tblLook w:val="04A0" w:firstRow="1" w:lastRow="0" w:firstColumn="1" w:lastColumn="0" w:noHBand="0" w:noVBand="1"/>
    </w:tblPr>
    <w:tblGrid>
      <w:gridCol w:w="3105"/>
      <w:gridCol w:w="3105"/>
      <w:gridCol w:w="3105"/>
    </w:tblGrid>
    <w:tr w:rsidR="59F93942" w:rsidTr="59F93942" w14:paraId="36B43C59" w14:textId="77777777">
      <w:trPr>
        <w:trHeight w:val="300"/>
      </w:trPr>
      <w:tc>
        <w:tcPr>
          <w:tcW w:w="3105" w:type="dxa"/>
          <w:tcBorders>
            <w:top w:val="nil"/>
            <w:left w:val="nil"/>
            <w:bottom w:val="single" w:color="FF4A00" w:sz="6" w:space="0"/>
            <w:right w:val="nil"/>
          </w:tcBorders>
          <w:tcMar>
            <w:left w:w="105" w:type="dxa"/>
            <w:right w:w="105" w:type="dxa"/>
          </w:tcMar>
          <w:vAlign w:val="center"/>
        </w:tcPr>
        <w:p w:rsidR="59F93942" w:rsidP="59F93942" w:rsidRDefault="59F93942" w14:paraId="232BFF55" w14:textId="5D3E4B33">
          <w:pPr>
            <w:pStyle w:val="Header"/>
            <w:spacing w:line="360" w:lineRule="auto"/>
            <w:rPr>
              <w:rFonts w:ascii="Aptos" w:hAnsi="Aptos" w:eastAsia="Aptos" w:cs="Aptos"/>
              <w:color w:val="000000" w:themeColor="text1"/>
              <w:sz w:val="24"/>
              <w:szCs w:val="24"/>
            </w:rPr>
          </w:pPr>
          <w:r w:rsidRPr="59F93942">
            <w:rPr>
              <w:rFonts w:ascii="Aptos" w:hAnsi="Aptos" w:eastAsia="Aptos" w:cs="Aptos"/>
              <w:b/>
              <w:bCs/>
              <w:color w:val="F15922"/>
              <w:sz w:val="20"/>
              <w:szCs w:val="20"/>
              <w:lang w:val="Spanish (Mexico)"/>
            </w:rPr>
            <w:t>w.</w:t>
          </w:r>
          <w:hyperlink r:id="rId1">
            <w:r w:rsidRPr="59F93942">
              <w:rPr>
                <w:rStyle w:val="Hyperlink"/>
                <w:rFonts w:ascii="Aptos" w:hAnsi="Aptos" w:eastAsia="Aptos" w:cs="Aptos"/>
                <w:sz w:val="20"/>
                <w:szCs w:val="20"/>
                <w:lang w:val="Spanish (Mexico)"/>
              </w:rPr>
              <w:t xml:space="preserve"> latinoheritage.us/grants</w:t>
            </w:r>
            <w:r>
              <w:rPr>
                <w:lang w:val="Spanish (Mexico)"/>
              </w:rPr>
              <w:br/>
            </w:r>
          </w:hyperlink>
          <w:r w:rsidRPr="59F93942">
            <w:rPr>
              <w:rFonts w:ascii="Aptos" w:hAnsi="Aptos" w:eastAsia="Aptos" w:cs="Aptos"/>
              <w:b/>
              <w:bCs/>
              <w:color w:val="F15922"/>
              <w:sz w:val="20"/>
              <w:szCs w:val="20"/>
              <w:lang w:val="Spanish (Mexico)"/>
            </w:rPr>
            <w:t xml:space="preserve">e. </w:t>
          </w:r>
          <w:r w:rsidRPr="59F93942">
            <w:rPr>
              <w:rFonts w:ascii="Aptos" w:hAnsi="Aptos" w:eastAsia="Aptos" w:cs="Aptos"/>
              <w:color w:val="009D9D"/>
              <w:sz w:val="20"/>
              <w:szCs w:val="20"/>
              <w:lang w:val="Spanish (Mexico)"/>
            </w:rPr>
          </w:r>
          <w:hyperlink r:id="rId2">
            <w:r w:rsidRPr="59F93942">
              <w:rPr>
                <w:rStyle w:val="Hyperlink"/>
                <w:rFonts w:ascii="Aptos" w:hAnsi="Aptos" w:eastAsia="Aptos" w:cs="Aptos"/>
                <w:sz w:val="20"/>
                <w:szCs w:val="20"/>
                <w:lang w:val="Spanish (Mexico)"/>
              </w:rPr>
              <w:t>info@latinoheritage.us</w:t>
            </w:r>
          </w:hyperlink>
        </w:p>
      </w:tc>
      <w:tc>
        <w:tcPr>
          <w:tcW w:w="3105" w:type="dxa"/>
          <w:tcBorders>
            <w:top w:val="nil"/>
            <w:left w:val="nil"/>
            <w:bottom w:val="single" w:color="FF4A00" w:sz="6" w:space="0"/>
            <w:right w:val="nil"/>
          </w:tcBorders>
          <w:tcMar>
            <w:left w:w="105" w:type="dxa"/>
            <w:right w:w="105" w:type="dxa"/>
          </w:tcMar>
        </w:tcPr>
        <w:p w:rsidR="59F93942" w:rsidP="59F93942" w:rsidRDefault="59F93942" w14:paraId="1A5D8109" w14:textId="5297606D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ptos" w:hAnsi="Aptos" w:eastAsia="Aptos" w:cs="Aptos"/>
              <w:color w:val="000000" w:themeColor="text1"/>
              <w:sz w:val="24"/>
              <w:szCs w:val="24"/>
            </w:rPr>
          </w:pPr>
        </w:p>
      </w:tc>
      <w:tc>
        <w:tcPr>
          <w:tcW w:w="3105" w:type="dxa"/>
          <w:tcBorders>
            <w:top w:val="nil"/>
            <w:left w:val="nil"/>
            <w:bottom w:val="single" w:color="FF4A00" w:sz="6" w:space="0"/>
            <w:right w:val="nil"/>
          </w:tcBorders>
          <w:tcMar>
            <w:left w:w="105" w:type="dxa"/>
            <w:right w:w="105" w:type="dxa"/>
          </w:tcMar>
        </w:tcPr>
        <w:p w:rsidR="59F93942" w:rsidP="59F93942" w:rsidRDefault="59F93942" w14:paraId="7D8C5E35" w14:textId="557E8136">
          <w:pP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rFonts w:ascii="Aptos" w:hAnsi="Aptos" w:eastAsia="Aptos" w:cs="Aptos"/>
              <w:color w:val="000000" w:themeColor="text1"/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0A34F973" wp14:editId="422EE460">
                <wp:extent cx="990600" cy="981075"/>
                <wp:effectExtent l="0" t="0" r="0" b="0"/>
                <wp:docPr id="957878353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7878353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59F93942" w:rsidP="59F93942" w:rsidRDefault="59F93942" w14:paraId="7EEE30D9" w14:textId="39BB2B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0">
    <w:nsid w:val="375b56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ddc68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4bf17f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451a61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4fb941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46b1c1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15cd8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25817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94d38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56fe1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46258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21a3ec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37b72d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ddf76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398ea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0477955C"/>
    <w:multiLevelType w:val="hybridMultilevel"/>
    <w:tmpl w:val="036218F4"/>
    <w:lvl w:ilvl="0" w:tplc="87F081B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71ABF3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690B5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7EC7C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37CB9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6AA4F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73AAE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D3CFA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6AE261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0DE3CD54"/>
    <w:multiLevelType w:val="hybridMultilevel"/>
    <w:tmpl w:val="617A1E52"/>
    <w:lvl w:ilvl="0" w:tplc="76400148">
      <w:start w:val="1"/>
      <w:numFmt w:val="upperLetter"/>
      <w:lvlText w:val="%1."/>
      <w:lvlJc w:val="left"/>
      <w:pPr>
        <w:ind w:left="720" w:hanging="360"/>
      </w:pPr>
    </w:lvl>
    <w:lvl w:ilvl="1" w:tplc="75DAA282">
      <w:start w:val="1"/>
      <w:numFmt w:val="lowerLetter"/>
      <w:lvlText w:val="%2."/>
      <w:lvlJc w:val="left"/>
      <w:pPr>
        <w:ind w:left="1440" w:hanging="360"/>
      </w:pPr>
    </w:lvl>
    <w:lvl w:ilvl="2" w:tplc="F3AA4BA0">
      <w:start w:val="1"/>
      <w:numFmt w:val="lowerRoman"/>
      <w:lvlText w:val="%3."/>
      <w:lvlJc w:val="right"/>
      <w:pPr>
        <w:ind w:left="2160" w:hanging="180"/>
      </w:pPr>
    </w:lvl>
    <w:lvl w:ilvl="3" w:tplc="D2128FDA">
      <w:start w:val="1"/>
      <w:numFmt w:val="decimal"/>
      <w:lvlText w:val="%4."/>
      <w:lvlJc w:val="left"/>
      <w:pPr>
        <w:ind w:left="2880" w:hanging="360"/>
      </w:pPr>
    </w:lvl>
    <w:lvl w:ilvl="4" w:tplc="3224DA66">
      <w:start w:val="1"/>
      <w:numFmt w:val="lowerLetter"/>
      <w:lvlText w:val="%5."/>
      <w:lvlJc w:val="left"/>
      <w:pPr>
        <w:ind w:left="3600" w:hanging="360"/>
      </w:pPr>
    </w:lvl>
    <w:lvl w:ilvl="5" w:tplc="0F80DC60">
      <w:start w:val="1"/>
      <w:numFmt w:val="lowerRoman"/>
      <w:lvlText w:val="%6."/>
      <w:lvlJc w:val="right"/>
      <w:pPr>
        <w:ind w:left="4320" w:hanging="180"/>
      </w:pPr>
    </w:lvl>
    <w:lvl w:ilvl="6" w:tplc="C8F62E90">
      <w:start w:val="1"/>
      <w:numFmt w:val="decimal"/>
      <w:lvlText w:val="%7."/>
      <w:lvlJc w:val="left"/>
      <w:pPr>
        <w:ind w:left="5040" w:hanging="360"/>
      </w:pPr>
    </w:lvl>
    <w:lvl w:ilvl="7" w:tplc="D00CDBFC">
      <w:start w:val="1"/>
      <w:numFmt w:val="lowerLetter"/>
      <w:lvlText w:val="%8."/>
      <w:lvlJc w:val="left"/>
      <w:pPr>
        <w:ind w:left="5760" w:hanging="360"/>
      </w:pPr>
    </w:lvl>
    <w:lvl w:ilvl="8" w:tplc="D666C51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67E0BF"/>
    <w:multiLevelType w:val="hybridMultilevel"/>
    <w:tmpl w:val="ACB408F2"/>
    <w:lvl w:ilvl="0" w:tplc="A9F8FFB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8BA65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1E58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B54D5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FB8C1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598A4D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D3C00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4BC19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C5C70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EE9A2CD"/>
    <w:multiLevelType w:val="hybridMultilevel"/>
    <w:tmpl w:val="3A7632D0"/>
    <w:lvl w:ilvl="0" w:tplc="DAA228B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84C7D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0FA42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C2EFA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60C1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914854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8F453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27AB8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BA8A0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8901FE8"/>
    <w:multiLevelType w:val="hybridMultilevel"/>
    <w:tmpl w:val="7D72DD34"/>
    <w:lvl w:ilvl="0" w:tplc="AA480C2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204D9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6C612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7B287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F6E5D6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F3099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2C879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E9ABC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98C40A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09CF821"/>
    <w:multiLevelType w:val="hybridMultilevel"/>
    <w:tmpl w:val="C4A0CCE0"/>
    <w:lvl w:ilvl="0" w:tplc="450C49F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2EE44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E0518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390B0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06A0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DCEF1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0C465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7103D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6EC21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56B33B7"/>
    <w:multiLevelType w:val="hybridMultilevel"/>
    <w:tmpl w:val="0CD234C6"/>
    <w:lvl w:ilvl="0" w:tplc="0D1EB9E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5880A3A6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B818F468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D3A4D146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19CCEAEC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B38A126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C3A2D29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968E44F6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FDE4D25C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" w16cid:durableId="288047742">
    <w:abstractNumId w:val="10"/>
  </w:num>
  <w:num w:numId="2" w16cid:durableId="2027708512">
    <w:abstractNumId w:val="12"/>
  </w:num>
  <w:num w:numId="3" w16cid:durableId="64962596">
    <w:abstractNumId w:val="9"/>
  </w:num>
  <w:num w:numId="4" w16cid:durableId="698897878">
    <w:abstractNumId w:val="14"/>
  </w:num>
  <w:num w:numId="5" w16cid:durableId="1990936684">
    <w:abstractNumId w:val="15"/>
  </w:num>
  <w:num w:numId="6" w16cid:durableId="1026174781">
    <w:abstractNumId w:val="11"/>
  </w:num>
  <w:num w:numId="7" w16cid:durableId="414404001">
    <w:abstractNumId w:val="13"/>
  </w:num>
  <w:num w:numId="8" w16cid:durableId="470712072">
    <w:abstractNumId w:val="8"/>
  </w:num>
  <w:num w:numId="9" w16cid:durableId="2019965660">
    <w:abstractNumId w:val="6"/>
  </w:num>
  <w:num w:numId="10" w16cid:durableId="975571495">
    <w:abstractNumId w:val="5"/>
  </w:num>
  <w:num w:numId="11" w16cid:durableId="1659922914">
    <w:abstractNumId w:val="4"/>
  </w:num>
  <w:num w:numId="12" w16cid:durableId="2038117374">
    <w:abstractNumId w:val="7"/>
  </w:num>
  <w:num w:numId="13" w16cid:durableId="1522936669">
    <w:abstractNumId w:val="3"/>
  </w:num>
  <w:num w:numId="14" w16cid:durableId="1040016760">
    <w:abstractNumId w:val="2"/>
  </w:num>
  <w:num w:numId="15" w16cid:durableId="1802504156">
    <w:abstractNumId w:val="1"/>
  </w:num>
  <w:num w:numId="16" w16cid:durableId="601760574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2340"/>
    <w:rsid w:val="000FD911"/>
    <w:rsid w:val="0015074B"/>
    <w:rsid w:val="001DCF54"/>
    <w:rsid w:val="0029639D"/>
    <w:rsid w:val="002D3D5A"/>
    <w:rsid w:val="002F41C9"/>
    <w:rsid w:val="00326F90"/>
    <w:rsid w:val="00515CDF"/>
    <w:rsid w:val="00570720"/>
    <w:rsid w:val="00585898"/>
    <w:rsid w:val="006D5BA1"/>
    <w:rsid w:val="006F7298"/>
    <w:rsid w:val="008D13BB"/>
    <w:rsid w:val="008E0831"/>
    <w:rsid w:val="00AA1D8D"/>
    <w:rsid w:val="00AD9DEC"/>
    <w:rsid w:val="00B47730"/>
    <w:rsid w:val="00B77E1C"/>
    <w:rsid w:val="00CB0664"/>
    <w:rsid w:val="00D3E0A6"/>
    <w:rsid w:val="00DF66EC"/>
    <w:rsid w:val="00EB7B34"/>
    <w:rsid w:val="00F9430A"/>
    <w:rsid w:val="00FB5D29"/>
    <w:rsid w:val="00FC693F"/>
    <w:rsid w:val="00FC69B7"/>
    <w:rsid w:val="00FDB05E"/>
    <w:rsid w:val="0101CC32"/>
    <w:rsid w:val="010439FB"/>
    <w:rsid w:val="018FC254"/>
    <w:rsid w:val="01A723B2"/>
    <w:rsid w:val="0244626B"/>
    <w:rsid w:val="0264EEE6"/>
    <w:rsid w:val="0330FB88"/>
    <w:rsid w:val="03620859"/>
    <w:rsid w:val="0379EC4C"/>
    <w:rsid w:val="03D24CA2"/>
    <w:rsid w:val="04C3F4E9"/>
    <w:rsid w:val="0549BC4C"/>
    <w:rsid w:val="070C0ADC"/>
    <w:rsid w:val="07143F81"/>
    <w:rsid w:val="0784EFBA"/>
    <w:rsid w:val="08166006"/>
    <w:rsid w:val="08233678"/>
    <w:rsid w:val="0826AEA4"/>
    <w:rsid w:val="0854FE93"/>
    <w:rsid w:val="093B9452"/>
    <w:rsid w:val="09445BC0"/>
    <w:rsid w:val="09DA06FE"/>
    <w:rsid w:val="0A232E09"/>
    <w:rsid w:val="0A96EF8A"/>
    <w:rsid w:val="0AA7A583"/>
    <w:rsid w:val="0ADE3C57"/>
    <w:rsid w:val="0AF3E79F"/>
    <w:rsid w:val="0AF9E61A"/>
    <w:rsid w:val="0B4086C6"/>
    <w:rsid w:val="0C19B1BD"/>
    <w:rsid w:val="0C35BA34"/>
    <w:rsid w:val="0C3ABAE3"/>
    <w:rsid w:val="0C8CE347"/>
    <w:rsid w:val="0CAA8E15"/>
    <w:rsid w:val="0DE6ABA3"/>
    <w:rsid w:val="0DFC54A6"/>
    <w:rsid w:val="0E1FE0E8"/>
    <w:rsid w:val="0E658630"/>
    <w:rsid w:val="0EA20274"/>
    <w:rsid w:val="0EC08EA8"/>
    <w:rsid w:val="0EEB7399"/>
    <w:rsid w:val="0F53C1D6"/>
    <w:rsid w:val="0F5BAC9C"/>
    <w:rsid w:val="0FB66F0B"/>
    <w:rsid w:val="0FF4A437"/>
    <w:rsid w:val="100A5E07"/>
    <w:rsid w:val="101BF359"/>
    <w:rsid w:val="1056272C"/>
    <w:rsid w:val="10A8886C"/>
    <w:rsid w:val="112D0981"/>
    <w:rsid w:val="119B8594"/>
    <w:rsid w:val="122A6D32"/>
    <w:rsid w:val="12619AD8"/>
    <w:rsid w:val="12DA630C"/>
    <w:rsid w:val="132B9D56"/>
    <w:rsid w:val="134588C4"/>
    <w:rsid w:val="13CA0A73"/>
    <w:rsid w:val="1400A591"/>
    <w:rsid w:val="146176E8"/>
    <w:rsid w:val="1491AE92"/>
    <w:rsid w:val="14F47927"/>
    <w:rsid w:val="1508FB34"/>
    <w:rsid w:val="15332070"/>
    <w:rsid w:val="1557C974"/>
    <w:rsid w:val="15A0346D"/>
    <w:rsid w:val="15D4827C"/>
    <w:rsid w:val="16736140"/>
    <w:rsid w:val="16F667FC"/>
    <w:rsid w:val="172ADA4C"/>
    <w:rsid w:val="178C8ED3"/>
    <w:rsid w:val="18FF188D"/>
    <w:rsid w:val="19395A98"/>
    <w:rsid w:val="19922F37"/>
    <w:rsid w:val="19A3F91A"/>
    <w:rsid w:val="19C33526"/>
    <w:rsid w:val="1A73A728"/>
    <w:rsid w:val="1A74AFE8"/>
    <w:rsid w:val="1B3599FC"/>
    <w:rsid w:val="1B89AB46"/>
    <w:rsid w:val="1BA90C0F"/>
    <w:rsid w:val="1C4F9C62"/>
    <w:rsid w:val="1D13250F"/>
    <w:rsid w:val="1D51D108"/>
    <w:rsid w:val="1E90A0D1"/>
    <w:rsid w:val="1E9E6FA8"/>
    <w:rsid w:val="1EC387D2"/>
    <w:rsid w:val="1F0C6307"/>
    <w:rsid w:val="1F1BC37B"/>
    <w:rsid w:val="1F4A93B8"/>
    <w:rsid w:val="1F51971F"/>
    <w:rsid w:val="1FC605D1"/>
    <w:rsid w:val="204F5793"/>
    <w:rsid w:val="20FD36F7"/>
    <w:rsid w:val="2111FF38"/>
    <w:rsid w:val="216B65EA"/>
    <w:rsid w:val="21F43B56"/>
    <w:rsid w:val="22C4D024"/>
    <w:rsid w:val="23AA8047"/>
    <w:rsid w:val="2467416B"/>
    <w:rsid w:val="24800FB3"/>
    <w:rsid w:val="24C60CDF"/>
    <w:rsid w:val="24CA148A"/>
    <w:rsid w:val="25282455"/>
    <w:rsid w:val="25725B2E"/>
    <w:rsid w:val="25A2324A"/>
    <w:rsid w:val="2629A368"/>
    <w:rsid w:val="267106C2"/>
    <w:rsid w:val="26D26E2C"/>
    <w:rsid w:val="26E00281"/>
    <w:rsid w:val="277527B7"/>
    <w:rsid w:val="2799CD47"/>
    <w:rsid w:val="27E46373"/>
    <w:rsid w:val="2829077C"/>
    <w:rsid w:val="28620622"/>
    <w:rsid w:val="28700ADA"/>
    <w:rsid w:val="2954ACAC"/>
    <w:rsid w:val="29ABB8A5"/>
    <w:rsid w:val="2A1F959B"/>
    <w:rsid w:val="2A514031"/>
    <w:rsid w:val="2A7AD27D"/>
    <w:rsid w:val="2AA817F3"/>
    <w:rsid w:val="2AB3C27F"/>
    <w:rsid w:val="2B29DF26"/>
    <w:rsid w:val="2B9EA024"/>
    <w:rsid w:val="2BC06CBD"/>
    <w:rsid w:val="2CE827E0"/>
    <w:rsid w:val="2D0593CE"/>
    <w:rsid w:val="2D5A7080"/>
    <w:rsid w:val="2D5FD431"/>
    <w:rsid w:val="2DC3F960"/>
    <w:rsid w:val="2DE9D1ED"/>
    <w:rsid w:val="2E7AEAFF"/>
    <w:rsid w:val="2EF46C91"/>
    <w:rsid w:val="2F5EA3BB"/>
    <w:rsid w:val="2F9F3188"/>
    <w:rsid w:val="2FF39764"/>
    <w:rsid w:val="307C7A71"/>
    <w:rsid w:val="30D7AFA8"/>
    <w:rsid w:val="31280341"/>
    <w:rsid w:val="31B4E0B7"/>
    <w:rsid w:val="3221EA44"/>
    <w:rsid w:val="33237806"/>
    <w:rsid w:val="335990EC"/>
    <w:rsid w:val="340085CC"/>
    <w:rsid w:val="34ADE2CD"/>
    <w:rsid w:val="350DF1CF"/>
    <w:rsid w:val="351322A3"/>
    <w:rsid w:val="355ABDC7"/>
    <w:rsid w:val="359D9D43"/>
    <w:rsid w:val="35A3C574"/>
    <w:rsid w:val="35C3AC08"/>
    <w:rsid w:val="35FABA2D"/>
    <w:rsid w:val="363D515D"/>
    <w:rsid w:val="364EBF8C"/>
    <w:rsid w:val="3654A0F1"/>
    <w:rsid w:val="365F2F12"/>
    <w:rsid w:val="366E0556"/>
    <w:rsid w:val="3720618B"/>
    <w:rsid w:val="3763768D"/>
    <w:rsid w:val="380EA1EB"/>
    <w:rsid w:val="38B1A872"/>
    <w:rsid w:val="38FB7BF1"/>
    <w:rsid w:val="393C5F6C"/>
    <w:rsid w:val="394B9DEE"/>
    <w:rsid w:val="398A6BF8"/>
    <w:rsid w:val="39D953D2"/>
    <w:rsid w:val="3A1CF8F3"/>
    <w:rsid w:val="3A3AE2BE"/>
    <w:rsid w:val="3A5766D1"/>
    <w:rsid w:val="3A644610"/>
    <w:rsid w:val="3B3CE706"/>
    <w:rsid w:val="3BFB098F"/>
    <w:rsid w:val="3CD3469C"/>
    <w:rsid w:val="3D06290F"/>
    <w:rsid w:val="3D275AD0"/>
    <w:rsid w:val="3D32851F"/>
    <w:rsid w:val="3D56A618"/>
    <w:rsid w:val="3D5A089A"/>
    <w:rsid w:val="3D91D984"/>
    <w:rsid w:val="3DE8E057"/>
    <w:rsid w:val="3E41BC2E"/>
    <w:rsid w:val="3F5C5476"/>
    <w:rsid w:val="3FD6AFEE"/>
    <w:rsid w:val="40FB07E5"/>
    <w:rsid w:val="4114D3CE"/>
    <w:rsid w:val="41354173"/>
    <w:rsid w:val="419C129C"/>
    <w:rsid w:val="41A73A76"/>
    <w:rsid w:val="41BC7CCA"/>
    <w:rsid w:val="427BD678"/>
    <w:rsid w:val="42C46EDE"/>
    <w:rsid w:val="43083052"/>
    <w:rsid w:val="43267337"/>
    <w:rsid w:val="43403770"/>
    <w:rsid w:val="43668EDE"/>
    <w:rsid w:val="440611DB"/>
    <w:rsid w:val="4411E3D3"/>
    <w:rsid w:val="44273B98"/>
    <w:rsid w:val="444D193E"/>
    <w:rsid w:val="44866BC8"/>
    <w:rsid w:val="4494428C"/>
    <w:rsid w:val="4567CABD"/>
    <w:rsid w:val="459F5444"/>
    <w:rsid w:val="46531748"/>
    <w:rsid w:val="467848B7"/>
    <w:rsid w:val="46B6F1EF"/>
    <w:rsid w:val="46CBE4C6"/>
    <w:rsid w:val="47083A95"/>
    <w:rsid w:val="4724A4ED"/>
    <w:rsid w:val="47AD1A99"/>
    <w:rsid w:val="47B4D707"/>
    <w:rsid w:val="47ECCF31"/>
    <w:rsid w:val="481A36E3"/>
    <w:rsid w:val="484AF44E"/>
    <w:rsid w:val="4856C7BB"/>
    <w:rsid w:val="48E18D47"/>
    <w:rsid w:val="48FAC600"/>
    <w:rsid w:val="49FE1653"/>
    <w:rsid w:val="4AB45068"/>
    <w:rsid w:val="4AE5C830"/>
    <w:rsid w:val="4AFB3B15"/>
    <w:rsid w:val="4BA27CF0"/>
    <w:rsid w:val="4D252F93"/>
    <w:rsid w:val="4D3A6DA7"/>
    <w:rsid w:val="4D876BCF"/>
    <w:rsid w:val="4DBFFB2D"/>
    <w:rsid w:val="4DD8719F"/>
    <w:rsid w:val="4E08DA8C"/>
    <w:rsid w:val="4E216AF5"/>
    <w:rsid w:val="4EBCEEEA"/>
    <w:rsid w:val="4F0658DA"/>
    <w:rsid w:val="4F22C6CB"/>
    <w:rsid w:val="4FBE33B8"/>
    <w:rsid w:val="4FE45143"/>
    <w:rsid w:val="501E3A73"/>
    <w:rsid w:val="505EA7BD"/>
    <w:rsid w:val="50FEEEEE"/>
    <w:rsid w:val="517BDA5C"/>
    <w:rsid w:val="51C2CDDE"/>
    <w:rsid w:val="51C5F8E2"/>
    <w:rsid w:val="51F126BF"/>
    <w:rsid w:val="520496D9"/>
    <w:rsid w:val="52C5F675"/>
    <w:rsid w:val="52CBC6AE"/>
    <w:rsid w:val="53141E78"/>
    <w:rsid w:val="54772A7D"/>
    <w:rsid w:val="549D3900"/>
    <w:rsid w:val="54D917D0"/>
    <w:rsid w:val="54F80DEB"/>
    <w:rsid w:val="558C0791"/>
    <w:rsid w:val="55A9BB6B"/>
    <w:rsid w:val="55C3E1DA"/>
    <w:rsid w:val="55ED3573"/>
    <w:rsid w:val="55FA46B1"/>
    <w:rsid w:val="5662AEAB"/>
    <w:rsid w:val="567062F0"/>
    <w:rsid w:val="56E4BA51"/>
    <w:rsid w:val="56EFD82E"/>
    <w:rsid w:val="56F98CE9"/>
    <w:rsid w:val="57921EA3"/>
    <w:rsid w:val="57A39059"/>
    <w:rsid w:val="57F59413"/>
    <w:rsid w:val="585C87BA"/>
    <w:rsid w:val="588DE748"/>
    <w:rsid w:val="59402FF9"/>
    <w:rsid w:val="5996153A"/>
    <w:rsid w:val="59F93942"/>
    <w:rsid w:val="5A4A81F1"/>
    <w:rsid w:val="5ABA5393"/>
    <w:rsid w:val="5B98687E"/>
    <w:rsid w:val="5BB53B3F"/>
    <w:rsid w:val="5BD829D8"/>
    <w:rsid w:val="5C7B8507"/>
    <w:rsid w:val="5CAFA306"/>
    <w:rsid w:val="5CD3CC9C"/>
    <w:rsid w:val="5D55A7A9"/>
    <w:rsid w:val="5D798C50"/>
    <w:rsid w:val="5DA46784"/>
    <w:rsid w:val="5E0248DC"/>
    <w:rsid w:val="5E503F58"/>
    <w:rsid w:val="5E8BC959"/>
    <w:rsid w:val="5EEE9FBE"/>
    <w:rsid w:val="5F3F97B5"/>
    <w:rsid w:val="5F88CD50"/>
    <w:rsid w:val="5F894CA0"/>
    <w:rsid w:val="5FB1E59D"/>
    <w:rsid w:val="5FC1DD25"/>
    <w:rsid w:val="5FCAD835"/>
    <w:rsid w:val="601E5B87"/>
    <w:rsid w:val="6031E0B1"/>
    <w:rsid w:val="6059CAB0"/>
    <w:rsid w:val="607BE31A"/>
    <w:rsid w:val="61BAD6A4"/>
    <w:rsid w:val="61BE9C95"/>
    <w:rsid w:val="61E5FAA0"/>
    <w:rsid w:val="624DDF28"/>
    <w:rsid w:val="626B0876"/>
    <w:rsid w:val="629FFCF6"/>
    <w:rsid w:val="62F9402C"/>
    <w:rsid w:val="63379922"/>
    <w:rsid w:val="63811604"/>
    <w:rsid w:val="642A1FED"/>
    <w:rsid w:val="647CB828"/>
    <w:rsid w:val="64866750"/>
    <w:rsid w:val="648EE163"/>
    <w:rsid w:val="64E86334"/>
    <w:rsid w:val="6511660A"/>
    <w:rsid w:val="655A1270"/>
    <w:rsid w:val="65CBC702"/>
    <w:rsid w:val="65E0CDA2"/>
    <w:rsid w:val="666C828F"/>
    <w:rsid w:val="6683A5D4"/>
    <w:rsid w:val="6687D31C"/>
    <w:rsid w:val="66966C7A"/>
    <w:rsid w:val="66C2E787"/>
    <w:rsid w:val="677A8402"/>
    <w:rsid w:val="68499EB1"/>
    <w:rsid w:val="69337146"/>
    <w:rsid w:val="698D9452"/>
    <w:rsid w:val="698E74F0"/>
    <w:rsid w:val="6A46FE21"/>
    <w:rsid w:val="6A496593"/>
    <w:rsid w:val="6AA8BD5E"/>
    <w:rsid w:val="6AE61333"/>
    <w:rsid w:val="6B645F9D"/>
    <w:rsid w:val="6B75767E"/>
    <w:rsid w:val="6B87BDE0"/>
    <w:rsid w:val="6BE6098A"/>
    <w:rsid w:val="6C6B2A30"/>
    <w:rsid w:val="6CEA26F8"/>
    <w:rsid w:val="6D348CEE"/>
    <w:rsid w:val="6D6DBB5E"/>
    <w:rsid w:val="6D728E1A"/>
    <w:rsid w:val="6D8FED53"/>
    <w:rsid w:val="6E1AB8FF"/>
    <w:rsid w:val="6E1E2373"/>
    <w:rsid w:val="6E660C5E"/>
    <w:rsid w:val="6EA85140"/>
    <w:rsid w:val="6EBF3EB4"/>
    <w:rsid w:val="6F197820"/>
    <w:rsid w:val="6F56618B"/>
    <w:rsid w:val="6F9C8E3A"/>
    <w:rsid w:val="6FEC496A"/>
    <w:rsid w:val="702F4163"/>
    <w:rsid w:val="702F55C7"/>
    <w:rsid w:val="708BB98F"/>
    <w:rsid w:val="7099331B"/>
    <w:rsid w:val="71062BDC"/>
    <w:rsid w:val="71243BAB"/>
    <w:rsid w:val="71D08C77"/>
    <w:rsid w:val="723EDD39"/>
    <w:rsid w:val="728EAF7E"/>
    <w:rsid w:val="72C30DA6"/>
    <w:rsid w:val="73044842"/>
    <w:rsid w:val="73286F91"/>
    <w:rsid w:val="7333C4B0"/>
    <w:rsid w:val="737B3474"/>
    <w:rsid w:val="73AB9AD7"/>
    <w:rsid w:val="742AA3A5"/>
    <w:rsid w:val="743A06CA"/>
    <w:rsid w:val="746FEA7B"/>
    <w:rsid w:val="749977D8"/>
    <w:rsid w:val="751D366F"/>
    <w:rsid w:val="75214B46"/>
    <w:rsid w:val="7585DCF6"/>
    <w:rsid w:val="75B1FB93"/>
    <w:rsid w:val="75DDAAB6"/>
    <w:rsid w:val="76FF3D3A"/>
    <w:rsid w:val="77057C17"/>
    <w:rsid w:val="7714101F"/>
    <w:rsid w:val="773C6C43"/>
    <w:rsid w:val="776EABCA"/>
    <w:rsid w:val="77C5CBF3"/>
    <w:rsid w:val="77FE1FDA"/>
    <w:rsid w:val="7805F844"/>
    <w:rsid w:val="7857B8E7"/>
    <w:rsid w:val="78BA442D"/>
    <w:rsid w:val="78E840C3"/>
    <w:rsid w:val="78F966C6"/>
    <w:rsid w:val="7906DF3A"/>
    <w:rsid w:val="794EA703"/>
    <w:rsid w:val="79FC1FC6"/>
    <w:rsid w:val="7A00A3F0"/>
    <w:rsid w:val="7A1E52CC"/>
    <w:rsid w:val="7A5FA418"/>
    <w:rsid w:val="7A7575F6"/>
    <w:rsid w:val="7A9BF1E4"/>
    <w:rsid w:val="7ACEFD84"/>
    <w:rsid w:val="7AF7A9DE"/>
    <w:rsid w:val="7BF66E6C"/>
    <w:rsid w:val="7CF7283F"/>
    <w:rsid w:val="7DA0FDD1"/>
    <w:rsid w:val="7DA5B99D"/>
    <w:rsid w:val="7DD1AA4C"/>
    <w:rsid w:val="7DE9AE5E"/>
    <w:rsid w:val="7EEBBBAE"/>
    <w:rsid w:val="7F03BA3C"/>
    <w:rsid w:val="7F2EB70C"/>
    <w:rsid w:val="7F3171C6"/>
    <w:rsid w:val="7F4CA21C"/>
    <w:rsid w:val="7FBFF5A7"/>
    <w:rsid w:val="7FC1D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30"/>
  <w15:docId w15:val="{A9C95173-22DA-4DF5-B93B-05EE2E056A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8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9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10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12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13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14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59F93942"/>
    <w:rPr>
      <w:color w:val="0000FF"/>
      <w:u w:val="single"/>
    </w:rPr>
  </w:style>
  <w:style w:type="paragraph" w:styleId="CommentText">
    <w:name w:val="Comment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Comment Reference"/>
    <w:basedOn w:val="DefaultParagraphFont"/>
    <w:uiPriority w:val="99"/>
    <w:semiHidden/>
    <w:unhideWhenUsed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F9430A"/>
    <w:rPr>
      <w:color w:val="605E5C"/>
      <w:shd w:val="clear" w:color="auto" w:fill="E1DFDD"/>
    </w:rPr>
  </w:style>
  <w:style w:type="paragraph" w:styleId="CommentSubject">
    <w:name w:val="Comment Subject"/>
    <w:basedOn w:val="CommentText"/>
    <w:next w:val="CommentText"/>
    <w:link w:val="CommentSubjectChar"/>
    <w:uiPriority w:val="99"/>
    <w:semiHidden/>
    <w:unhideWhenUsed/>
    <w:rsid w:val="00B77E1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77E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settings" Target="settings.xml" Id="rId7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microsoft.com/office/2011/relationships/people" Target="people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fontTable" Target="fontTable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://www.latinoheritage.us/" TargetMode="External" Id="R10bae60064c7479c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info@latinoheritage.us" TargetMode="External"/><Relationship Id="rId1" Type="http://schemas.openxmlformats.org/officeDocument/2006/relationships/hyperlink" Target="http://www.latinoheritage.us/gra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445048-2f8b-4e30-b6fd-e582e4cf72e9">
      <Terms xmlns="http://schemas.microsoft.com/office/infopath/2007/PartnerControls"/>
    </lcf76f155ced4ddcb4097134ff3c332f>
    <Content xmlns="aa445048-2f8b-4e30-b6fd-e582e4cf72e9" xsi:nil="true"/>
    <TaxCatchAll xmlns="9c6d57e9-b22c-4f08-804c-4a355d8cda71" xsi:nil="true"/>
    <SiteType xmlns="aa445048-2f8b-4e30-b6fd-e582e4cf72e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FCF93244B4FC4FA80E63B29F41D796" ma:contentTypeVersion="15" ma:contentTypeDescription="Create a new document." ma:contentTypeScope="" ma:versionID="4c5618db5d7ba5e8a13284e04954b496">
  <xsd:schema xmlns:xsd="http://www.w3.org/2001/XMLSchema" xmlns:xs="http://www.w3.org/2001/XMLSchema" xmlns:p="http://schemas.microsoft.com/office/2006/metadata/properties" xmlns:ns2="aa445048-2f8b-4e30-b6fd-e582e4cf72e9" xmlns:ns3="9c6d57e9-b22c-4f08-804c-4a355d8cda71" targetNamespace="http://schemas.microsoft.com/office/2006/metadata/properties" ma:root="true" ma:fieldsID="cd3940dff55bc51dfa99e0a3d56bed55" ns2:_="" ns3:_="">
    <xsd:import namespace="aa445048-2f8b-4e30-b6fd-e582e4cf72e9"/>
    <xsd:import namespace="9c6d57e9-b22c-4f08-804c-4a355d8cda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Content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Sit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45048-2f8b-4e30-b6fd-e582e4cf7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Content" ma:index="12" nillable="true" ma:displayName="Document Type" ma:format="Dropdown" ma:internalName="Content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Forms"/>
                        <xsd:enumeration value="Letters"/>
                        <xsd:enumeration value="Presentation"/>
                        <xsd:enumeration value="Tracker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f67d50b-cf81-4a9b-809b-e5ad7ac8e0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iteType" ma:index="22" nillable="true" ma:displayName="Site Type" ma:format="Dropdown" ma:internalName="SiteTyp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rchaeological Site"/>
                        <xsd:enumeration value="Cemetery"/>
                        <xsd:enumeration value="Cultural–Community Center"/>
                        <xsd:enumeration value="Historic Barrio"/>
                        <xsd:enumeration value="House–Residence"/>
                        <xsd:enumeration value="Industrial–Agricultural Site"/>
                        <xsd:enumeration value="Legacy Business"/>
                        <xsd:enumeration value="Monument–Memorial"/>
                        <xsd:enumeration value="Mural–Public Art"/>
                        <xsd:enumeration value="Park–Garden–Cultural Landscape"/>
                        <xsd:enumeration value="Place of Worship"/>
                        <xsd:enumeration value="Recreational"/>
                        <xsd:enumeration value="School–Educational Facility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57e9-b22c-4f08-804c-4a355d8cda71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30ccf0c-72f1-4be3-a8c6-0e73da372665}" ma:internalName="TaxCatchAll" ma:showField="CatchAllData" ma:web="9c6d57e9-b22c-4f08-804c-4a355d8cda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5A747E-868B-4602-8630-285720713F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4BD065-9F02-49B6-A1AF-7E9BCE06C306}">
  <ds:schemaRefs>
    <ds:schemaRef ds:uri="http://schemas.microsoft.com/office/2006/metadata/properties"/>
    <ds:schemaRef ds:uri="http://schemas.microsoft.com/office/infopath/2007/PartnerControls"/>
    <ds:schemaRef ds:uri="aa445048-2f8b-4e30-b6fd-e582e4cf72e9"/>
    <ds:schemaRef ds:uri="9c6d57e9-b22c-4f08-804c-4a355d8cda71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8ECE1CC-C1A5-4A30-98D7-4FA6CB83B7A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Generado por python-docx</dc:description>
  <lastModifiedBy>Patricia Zarate Singletary</lastModifiedBy>
  <revision>22</revision>
  <dcterms:created xsi:type="dcterms:W3CDTF">2025-10-13T21:00:00.0000000Z</dcterms:created>
  <dcterms:modified xsi:type="dcterms:W3CDTF">2026-11-03T23:18:20.4640711Z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0x01010035FCF93244B4FC4FA80E63B29F41D796</vt:lpwstr>
  </property>
  <property fmtid="{D5CDD505-2E9C-101B-9397-08002B2CF9AE}" pid="3" name="MediaServiceImageTags">
    <vt:lpwstr/>
  </property>
</Properties>
</file>