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E0831" w:rsidP="393C5F6C" w:rsidRDefault="008E0831" w14:paraId="5D0D3202" w14:textId="3C1A4505">
      <w:pPr>
        <w:pStyle w:val="Title"/>
        <w:pBdr>
          <w:bottom w:val="single" w:color="4F81BD" w:sz="8" w:space="4"/>
        </w:pBdr>
        <w:spacing w:after="30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6C625A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6C625A"/>
          <w:sz w:val="24"/>
          <w:szCs w:val="24"/>
          <w:lang w:val="en-US"/>
        </w:rPr>
        <w:t>Simple Request for Proposals (RFP)</w:t>
      </w:r>
    </w:p>
    <w:p w:rsidR="008E0831" w:rsidP="393C5F6C" w:rsidRDefault="008E0831" w14:paraId="6ACFE7D3" w14:textId="0053694C">
      <w:pPr>
        <w:pStyle w:val="Subtitle"/>
        <w:suppressLineNumbers w:val="0"/>
        <w:bidi w:val="0"/>
        <w:spacing w:before="0" w:beforeAutospacing="off" w:after="120" w:afterAutospacing="off" w:line="276" w:lineRule="auto"/>
        <w:ind w:left="0" w:right="0"/>
        <w:jc w:val="left"/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F25B27"/>
          <w:sz w:val="32"/>
          <w:szCs w:val="32"/>
          <w:lang w:val="en-US"/>
        </w:rPr>
      </w:pPr>
      <w:r w:rsidRPr="393C5F6C" w:rsidR="16F667FC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F25B27"/>
          <w:sz w:val="32"/>
          <w:szCs w:val="32"/>
          <w:lang w:val="en-US"/>
        </w:rPr>
        <w:t xml:space="preserve">NUESTRA HERENCIA </w:t>
      </w:r>
      <w:r w:rsidRPr="393C5F6C" w:rsidR="73044842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F25B27"/>
          <w:sz w:val="32"/>
          <w:szCs w:val="32"/>
          <w:lang w:val="en-US"/>
        </w:rPr>
        <w:t>GRANT PROGRAM</w:t>
      </w:r>
      <w:r w:rsidRPr="393C5F6C" w:rsidR="16F667FC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F25B27"/>
          <w:sz w:val="32"/>
          <w:szCs w:val="32"/>
          <w:lang w:val="en-US"/>
        </w:rPr>
        <w:t xml:space="preserve"> </w:t>
      </w: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25B27"/>
          <w:sz w:val="32"/>
          <w:szCs w:val="32"/>
          <w:lang w:val="en-US"/>
        </w:rPr>
        <w:t>|</w:t>
      </w:r>
      <w:r w:rsidRPr="393C5F6C" w:rsidR="16F667FC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F25B27"/>
          <w:sz w:val="32"/>
          <w:szCs w:val="32"/>
          <w:lang w:val="en-US"/>
        </w:rPr>
        <w:t xml:space="preserve">  </w:t>
      </w:r>
      <w:r w:rsidRPr="393C5F6C" w:rsidR="6F9C8E3A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F25B27"/>
          <w:sz w:val="32"/>
          <w:szCs w:val="32"/>
          <w:lang w:val="en-US"/>
        </w:rPr>
        <w:t>RFP</w:t>
      </w:r>
      <w:r w:rsidRPr="393C5F6C" w:rsidR="16F667FC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F25B27"/>
          <w:sz w:val="32"/>
          <w:szCs w:val="32"/>
          <w:lang w:val="en-US"/>
        </w:rPr>
        <w:t xml:space="preserve"> TEMPLATE</w:t>
      </w:r>
    </w:p>
    <w:p w:rsidR="008E0831" w:rsidP="393C5F6C" w:rsidRDefault="008E0831" w14:paraId="43D8E2F0" w14:textId="2D41AB5E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93C5F6C" w:rsidR="16F667F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An RFP is a short invitation asking people or businesses to tell you how they would complete a project and what they would charge. Replace the [bracketed text] with your information. Delete any examples or instructions before sharing.</w:t>
      </w:r>
    </w:p>
    <w:p w:rsidR="008E0831" w:rsidP="393C5F6C" w:rsidRDefault="008E0831" w14:paraId="63E62B6F" w14:textId="5CED512B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008E0831" w:rsidP="393C5F6C" w:rsidRDefault="008E0831" w14:paraId="2D52513F" w14:textId="037C57BC">
      <w:pPr>
        <w:pStyle w:val="Heading1"/>
        <w:keepNext w:val="1"/>
        <w:keepLines w:val="1"/>
        <w:spacing w:before="220" w:after="100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93C5F6C" w:rsidR="16F667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1. Who we are</w:t>
      </w:r>
    </w:p>
    <w:p w:rsidR="008E0831" w:rsidP="393C5F6C" w:rsidRDefault="008E0831" w14:paraId="66F25BF0" w14:textId="54F66B68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Organization: [Your organization’s name]</w:t>
      </w:r>
    </w:p>
    <w:p w:rsidR="008E0831" w:rsidP="393C5F6C" w:rsidRDefault="008E0831" w14:paraId="44C1AAAB" w14:textId="137122E9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Contact person: [Name, email, and phone]</w:t>
      </w:r>
    </w:p>
    <w:p w:rsidR="008E0831" w:rsidP="393C5F6C" w:rsidRDefault="008E0831" w14:paraId="69CA6CA3" w14:textId="46BC3C16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Location: [City and state]</w:t>
      </w:r>
    </w:p>
    <w:p w:rsidR="008E0831" w:rsidP="393C5F6C" w:rsidRDefault="008E0831" w14:paraId="56E1FB99" w14:textId="70D03A16">
      <w:pPr>
        <w:pStyle w:val="Heading1"/>
        <w:keepNext w:val="1"/>
        <w:keepLines w:val="1"/>
        <w:spacing w:before="220" w:after="100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93C5F6C" w:rsidR="16F667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2. Our project</w:t>
      </w:r>
    </w:p>
    <w:p w:rsidR="008E0831" w:rsidP="393C5F6C" w:rsidRDefault="008E0831" w14:paraId="7CCE981B" w14:textId="6E98DCBA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Project name: [Name]</w:t>
      </w:r>
    </w:p>
    <w:p w:rsidR="008E0831" w:rsidP="393C5F6C" w:rsidRDefault="008E0831" w14:paraId="2DFB5BCE" w14:textId="7A54CE77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We are looking for a [type of professional or service] to help us [describe the project in 2–3 sentences].</w:t>
      </w:r>
    </w:p>
    <w:p w:rsidR="008E0831" w:rsidP="393C5F6C" w:rsidRDefault="008E0831" w14:paraId="29E989A9" w14:textId="6770ACC4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Why this matters: [Briefly explain the place, history, or community this project supports.]</w:t>
      </w:r>
    </w:p>
    <w:p w:rsidR="008E0831" w:rsidP="393C5F6C" w:rsidRDefault="008E0831" w14:paraId="37930EBF" w14:textId="4B1B1A2A">
      <w:pPr>
        <w:pStyle w:val="Heading1"/>
        <w:keepNext w:val="1"/>
        <w:keepLines w:val="1"/>
        <w:spacing w:before="220" w:after="100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93C5F6C" w:rsidR="16F667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3. What we need help with</w:t>
      </w:r>
    </w:p>
    <w:p w:rsidR="008E0831" w:rsidP="393C5F6C" w:rsidRDefault="008E0831" w14:paraId="64230780" w14:textId="443BA819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Please help us with the following tasks (edit or remove items):</w:t>
      </w:r>
    </w:p>
    <w:p w:rsidR="008E0831" w:rsidP="393C5F6C" w:rsidRDefault="008E0831" w14:paraId="6F48C0A3" w14:textId="61672C49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☐</w:t>
      </w: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Prepare a historic designation nomination   </w:t>
      </w:r>
      <w:r w:rsidRPr="393C5F6C" w:rsidR="16F667FC"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☐</w:t>
      </w: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Research or document history                            </w:t>
      </w:r>
      <w:r w:rsidRPr="393C5F6C" w:rsidR="16F667FC"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☐</w:t>
      </w: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Prepare a preservation plan</w:t>
      </w:r>
    </w:p>
    <w:p w:rsidR="008E0831" w:rsidP="393C5F6C" w:rsidRDefault="008E0831" w14:paraId="013569B5" w14:textId="2D353723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☐</w:t>
      </w: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Repair or restore a historic feature   </w:t>
      </w:r>
      <w:r w:rsidRPr="393C5F6C" w:rsidR="16F667FC"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☐</w:t>
      </w: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Lead community meetings   </w:t>
      </w:r>
      <w:r w:rsidRPr="393C5F6C" w:rsidR="16F667FC"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☐</w:t>
      </w: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Other: [Describe]</w:t>
      </w:r>
    </w:p>
    <w:p w:rsidR="008E0831" w:rsidP="393C5F6C" w:rsidRDefault="008E0831" w14:paraId="6BAE361F" w14:textId="6A06DCEE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At the end of the project, we would like to receive:</w:t>
      </w: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[List the final items or results, such as a written report, drawings, photos, or completed repairs.]</w:t>
      </w:r>
    </w:p>
    <w:p w:rsidR="008E0831" w:rsidP="393C5F6C" w:rsidRDefault="008E0831" w14:paraId="5F8A3736" w14:textId="2936D5D9">
      <w:pPr>
        <w:pStyle w:val="Heading1"/>
        <w:keepNext w:val="1"/>
        <w:keepLines w:val="1"/>
        <w:spacing w:before="220" w:after="100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93C5F6C" w:rsidR="16F667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4. Budget and timing</w:t>
      </w:r>
    </w:p>
    <w:p w:rsidR="008E0831" w:rsidP="393C5F6C" w:rsidRDefault="008E0831" w14:paraId="67480C49" w14:textId="7AB6F52A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Our available budget is:</w:t>
      </w: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[$ amount or range]</w:t>
      </w:r>
    </w:p>
    <w:p w:rsidR="008E0831" w:rsidP="393C5F6C" w:rsidRDefault="008E0831" w14:paraId="759D8E0A" w14:textId="30D7C408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We hope work will begin:</w:t>
      </w: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[Date]     We hope work will be finished: [Date]</w:t>
      </w:r>
    </w:p>
    <w:p w:rsidR="008E0831" w:rsidP="393C5F6C" w:rsidRDefault="008E0831" w14:paraId="6F498C95" w14:textId="628C2821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Site visit or community meeting</w:t>
      </w: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(if needed): [Details or “Not required”]</w:t>
      </w:r>
    </w:p>
    <w:p w:rsidR="008E0831" w:rsidP="393C5F6C" w:rsidRDefault="008E0831" w14:paraId="028B2E22" w14:textId="6491AFF3">
      <w:pPr>
        <w:pStyle w:val="Heading1"/>
        <w:keepNext w:val="1"/>
        <w:keepLines w:val="1"/>
        <w:spacing w:before="220" w:after="100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93C5F6C" w:rsidR="16F667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5. How to apply</w:t>
      </w:r>
    </w:p>
    <w:p w:rsidR="008E0831" w:rsidP="393C5F6C" w:rsidRDefault="008E0831" w14:paraId="5EC9E1C6" w14:textId="76E49C6C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Please send us the following:</w:t>
      </w:r>
    </w:p>
    <w:p w:rsidR="008E0831" w:rsidP="393C5F6C" w:rsidRDefault="008E0831" w14:paraId="4DF1125C" w14:textId="62FDA103">
      <w:pPr>
        <w:pStyle w:val="Normal"/>
        <w:suppressLineNumbers w:val="0"/>
        <w:bidi w:val="0"/>
        <w:spacing w:before="220" w:beforeAutospacing="off" w:after="100" w:afterAutospacing="off" w:line="276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a. </w:t>
      </w:r>
      <w:r w:rsidRPr="393C5F6C" w:rsidR="16F667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short description</w:t>
      </w:r>
      <w:r w:rsidRPr="393C5F6C" w:rsidR="16F667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how you would do the work.</w:t>
      </w:r>
    </w:p>
    <w:p w:rsidR="008E0831" w:rsidP="393C5F6C" w:rsidRDefault="008E0831" w14:paraId="54E18C7C" w14:textId="3B917821">
      <w:pPr>
        <w:pStyle w:val="Normal"/>
        <w:suppressLineNumbers w:val="0"/>
        <w:bidi w:val="0"/>
        <w:spacing w:before="220" w:beforeAutospacing="off" w:after="100" w:afterAutospacing="off" w:line="276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b. Your relevant experience </w:t>
      </w: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(a résumé, examples of past work, or </w:t>
      </w: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short description</w:t>
      </w: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is fine).</w:t>
      </w:r>
    </w:p>
    <w:p w:rsidR="008E0831" w:rsidP="393C5F6C" w:rsidRDefault="008E0831" w14:paraId="78CC921B" w14:textId="384F006D">
      <w:pPr>
        <w:pStyle w:val="Normal"/>
        <w:suppressLineNumbers w:val="0"/>
        <w:bidi w:val="0"/>
        <w:spacing w:before="220" w:beforeAutospacing="off" w:after="100" w:afterAutospacing="off" w:line="276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c. Your total price and a simple breakdown of costs.</w:t>
      </w:r>
    </w:p>
    <w:p w:rsidR="008E0831" w:rsidP="393C5F6C" w:rsidRDefault="008E0831" w14:paraId="4C1D1982" w14:textId="58BBA98D">
      <w:pPr>
        <w:pStyle w:val="Normal"/>
        <w:suppressLineNumbers w:val="0"/>
        <w:bidi w:val="0"/>
        <w:spacing w:before="220" w:beforeAutospacing="off" w:after="100" w:afterAutospacing="off" w:line="276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d. When you could start and finish.</w:t>
      </w:r>
    </w:p>
    <w:p w:rsidR="008E0831" w:rsidP="393C5F6C" w:rsidRDefault="008E0831" w14:paraId="777CE0A2" w14:textId="66426B58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Send your proposal to:</w:t>
      </w: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[Email or mailing address]</w:t>
      </w:r>
    </w:p>
    <w:p w:rsidR="008E0831" w:rsidP="393C5F6C" w:rsidRDefault="008E0831" w14:paraId="225B480D" w14:textId="3089FA12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Deadline:</w:t>
      </w: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[Date, time, and time zone]</w:t>
      </w:r>
    </w:p>
    <w:p w:rsidR="008E0831" w:rsidP="393C5F6C" w:rsidRDefault="008E0831" w14:paraId="7085F32B" w14:textId="672AAF90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Questions? Contact</w:t>
      </w: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 [Name and email] by [Date].</w:t>
      </w:r>
    </w:p>
    <w:p w:rsidR="008E0831" w:rsidP="393C5F6C" w:rsidRDefault="008E0831" w14:paraId="3E120F36" w14:textId="72397E4C">
      <w:pPr>
        <w:pStyle w:val="Heading1"/>
        <w:keepNext w:val="1"/>
        <w:keepLines w:val="1"/>
        <w:spacing w:before="220" w:after="100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93C5F6C" w:rsidR="16F667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6. How we will choose</w:t>
      </w:r>
    </w:p>
    <w:p w:rsidR="008E0831" w:rsidP="393C5F6C" w:rsidRDefault="008E0831" w14:paraId="25E4C8DB" w14:textId="62C9F75C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We will consider experience with similar work, understanding of our community and project, proposed approach, schedule, and cost. We may contact applicants with questions before making a decision.</w:t>
      </w:r>
    </w:p>
    <w:p w:rsidR="008E0831" w:rsidP="393C5F6C" w:rsidRDefault="008E0831" w14:paraId="198621ED" w14:textId="74DBAF0E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We welcome proposals from individuals, small businesses, and community-based professionals.</w:t>
      </w:r>
    </w:p>
    <w:p w:rsidR="008E0831" w:rsidP="393C5F6C" w:rsidRDefault="008E0831" w14:paraId="16B5B9D3" w14:textId="33D55224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08E0831" w:rsidP="393C5F6C" w:rsidRDefault="008E0831" w14:paraId="43598053" w14:textId="71B50B11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08E0831" w:rsidP="393C5F6C" w:rsidRDefault="008E0831" w14:paraId="303D2430" w14:textId="6003E6E1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08E0831" w:rsidP="393C5F6C" w:rsidRDefault="008E0831" w14:paraId="1831E76F" w14:textId="4FE4351A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08E0831" w:rsidP="393C5F6C" w:rsidRDefault="008E0831" w14:paraId="24196DD6" w14:textId="230C8163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08E0831" w:rsidP="393C5F6C" w:rsidRDefault="008E0831" w14:paraId="4B36FC67" w14:textId="0AE477B3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08E0831" w:rsidP="393C5F6C" w:rsidRDefault="008E0831" w14:paraId="2E932B0A" w14:textId="32F9F585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08E0831" w:rsidP="393C5F6C" w:rsidRDefault="008E0831" w14:paraId="555C3CD3" w14:textId="5AEB69C9">
      <w:pPr>
        <w:pStyle w:val="Normal"/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08E0831" w:rsidP="393C5F6C" w:rsidRDefault="008E0831" w14:paraId="6D84A63F" w14:textId="6BCB84CF">
      <w:pPr>
        <w:pStyle w:val="Normal"/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Optional: This project is supported by a Nuestra Herencia grant from </w:t>
      </w:r>
      <w:hyperlink r:id="R10bae60064c7479c">
        <w:r w:rsidRPr="393C5F6C" w:rsidR="16F667FC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US"/>
          </w:rPr>
          <w:t>Latinos in Heritage Conservation</w:t>
        </w:r>
      </w:hyperlink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(LHC).</w:t>
      </w:r>
    </w:p>
    <w:sectPr w:rsidR="008E0831" w:rsidSect="00034616">
      <w:headerReference w:type="default" r:id="rId17"/>
      <w:footerReference w:type="default" r:id="rId18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B5D29" w:rsidRDefault="00FB5D29" w14:paraId="6FEA21C4" w14:textId="77777777">
      <w:pPr>
        <w:spacing w:after="0" w:line="240" w:lineRule="auto"/>
      </w:pPr>
      <w:r>
        <w:separator/>
      </w:r>
    </w:p>
  </w:endnote>
  <w:endnote w:type="continuationSeparator" w:id="0">
    <w:p w:rsidR="00FB5D29" w:rsidRDefault="00FB5D29" w14:paraId="1C4A4DD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9F93942" w:rsidTr="59F93942" w14:paraId="5C34A80F" w14:textId="77777777">
      <w:trPr>
        <w:trHeight w:val="300"/>
      </w:trPr>
      <w:tc>
        <w:tcPr>
          <w:tcW w:w="3120" w:type="dxa"/>
        </w:tcPr>
        <w:p w:rsidR="59F93942" w:rsidP="59F93942" w:rsidRDefault="59F93942" w14:paraId="4213C783" w14:textId="501E6B9C">
          <w:pPr>
            <w:pStyle w:val="Header"/>
            <w:ind w:left="-115"/>
          </w:pPr>
        </w:p>
      </w:tc>
      <w:tc>
        <w:tcPr>
          <w:tcW w:w="3120" w:type="dxa"/>
        </w:tcPr>
        <w:p w:rsidR="59F93942" w:rsidP="59F93942" w:rsidRDefault="59F93942" w14:paraId="323A2E8D" w14:textId="4CF0F5B5">
          <w:pPr>
            <w:pStyle w:val="Header"/>
            <w:jc w:val="center"/>
          </w:pPr>
        </w:p>
      </w:tc>
      <w:tc>
        <w:tcPr>
          <w:tcW w:w="3120" w:type="dxa"/>
        </w:tcPr>
        <w:p w:rsidR="59F93942" w:rsidP="59F93942" w:rsidRDefault="59F93942" w14:paraId="136B8160" w14:textId="55C28752">
          <w:pPr>
            <w:pStyle w:val="Header"/>
            <w:ind w:right="-115"/>
            <w:jc w:val="right"/>
          </w:pPr>
        </w:p>
      </w:tc>
    </w:tr>
  </w:tbl>
  <w:p w:rsidR="59F93942" w:rsidP="59F93942" w:rsidRDefault="59F93942" w14:paraId="64D620A3" w14:textId="53A598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B5D29" w:rsidRDefault="00FB5D29" w14:paraId="390EA4C1" w14:textId="77777777">
      <w:pPr>
        <w:spacing w:after="0" w:line="240" w:lineRule="auto"/>
      </w:pPr>
      <w:r>
        <w:separator/>
      </w:r>
    </w:p>
  </w:footnote>
  <w:footnote w:type="continuationSeparator" w:id="0">
    <w:p w:rsidR="00FB5D29" w:rsidRDefault="00FB5D29" w14:paraId="25CF849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tbl>
    <w:tblPr>
      <w:tblW w:w="0" w:type="auto"/>
      <w:tblBorders>
        <w:top w:val="single" w:color="auto" w:sz="6" w:space="0"/>
        <w:left w:val="single" w:color="auto" w:sz="6" w:space="0"/>
        <w:bottom w:val="single" w:color="auto" w:sz="6" w:space="0"/>
        <w:right w:val="single" w:color="auto" w:sz="6" w:space="0"/>
      </w:tblBorders>
      <w:tblLayout w:type="fixed"/>
      <w:tblLook w:val="04A0" w:firstRow="1" w:lastRow="0" w:firstColumn="1" w:lastColumn="0" w:noHBand="0" w:noVBand="1"/>
    </w:tblPr>
    <w:tblGrid>
      <w:gridCol w:w="3105"/>
      <w:gridCol w:w="3105"/>
      <w:gridCol w:w="3105"/>
    </w:tblGrid>
    <w:tr w:rsidR="59F93942" w:rsidTr="59F93942" w14:paraId="36B43C59" w14:textId="77777777">
      <w:trPr>
        <w:trHeight w:val="300"/>
      </w:trPr>
      <w:tc>
        <w:tcPr>
          <w:tcW w:w="3105" w:type="dxa"/>
          <w:tcBorders>
            <w:top w:val="nil"/>
            <w:left w:val="nil"/>
            <w:bottom w:val="single" w:color="FF4A00" w:sz="6" w:space="0"/>
            <w:right w:val="nil"/>
          </w:tcBorders>
          <w:tcMar>
            <w:left w:w="105" w:type="dxa"/>
            <w:right w:w="105" w:type="dxa"/>
          </w:tcMar>
          <w:vAlign w:val="center"/>
        </w:tcPr>
        <w:p w:rsidR="59F93942" w:rsidP="59F93942" w:rsidRDefault="59F93942" w14:paraId="232BFF55" w14:textId="5D3E4B33">
          <w:pPr>
            <w:pStyle w:val="Header"/>
            <w:spacing w:line="360" w:lineRule="auto"/>
            <w:rPr>
              <w:rFonts w:ascii="Aptos" w:hAnsi="Aptos" w:eastAsia="Aptos" w:cs="Aptos"/>
              <w:color w:val="000000" w:themeColor="text1"/>
              <w:sz w:val="24"/>
              <w:szCs w:val="24"/>
            </w:rPr>
          </w:pPr>
          <w:r w:rsidRPr="59F93942">
            <w:rPr>
              <w:rFonts w:ascii="Aptos" w:hAnsi="Aptos" w:eastAsia="Aptos" w:cs="Aptos"/>
              <w:b/>
              <w:bCs/>
              <w:color w:val="F15922"/>
              <w:sz w:val="20"/>
              <w:szCs w:val="20"/>
            </w:rPr>
            <w:t>w.</w:t>
          </w:r>
          <w:hyperlink r:id="rId1">
            <w:r w:rsidRPr="59F93942">
              <w:rPr>
                <w:rStyle w:val="Hyperlink"/>
                <w:rFonts w:ascii="Aptos" w:hAnsi="Aptos" w:eastAsia="Aptos" w:cs="Aptos"/>
                <w:sz w:val="20"/>
                <w:szCs w:val="20"/>
              </w:rPr>
              <w:t xml:space="preserve"> latinoheritage.us/grants</w:t>
            </w:r>
            <w:r>
              <w:br/>
            </w:r>
          </w:hyperlink>
          <w:r w:rsidRPr="59F93942">
            <w:rPr>
              <w:rFonts w:ascii="Aptos" w:hAnsi="Aptos" w:eastAsia="Aptos" w:cs="Aptos"/>
              <w:b/>
              <w:bCs/>
              <w:color w:val="F15922"/>
              <w:sz w:val="20"/>
              <w:szCs w:val="20"/>
            </w:rPr>
            <w:t>e.</w:t>
          </w:r>
          <w:r w:rsidRPr="59F93942">
            <w:rPr>
              <w:rFonts w:ascii="Aptos" w:hAnsi="Aptos" w:eastAsia="Aptos" w:cs="Aptos"/>
              <w:color w:val="009D9D"/>
              <w:sz w:val="20"/>
              <w:szCs w:val="20"/>
            </w:rPr>
            <w:t xml:space="preserve"> </w:t>
          </w:r>
          <w:hyperlink r:id="rId2">
            <w:r w:rsidRPr="59F93942">
              <w:rPr>
                <w:rStyle w:val="Hyperlink"/>
                <w:rFonts w:ascii="Aptos" w:hAnsi="Aptos" w:eastAsia="Aptos" w:cs="Aptos"/>
                <w:sz w:val="20"/>
                <w:szCs w:val="20"/>
              </w:rPr>
              <w:t>info@latinoheritage.us</w:t>
            </w:r>
          </w:hyperlink>
        </w:p>
      </w:tc>
      <w:tc>
        <w:tcPr>
          <w:tcW w:w="3105" w:type="dxa"/>
          <w:tcBorders>
            <w:top w:val="nil"/>
            <w:left w:val="nil"/>
            <w:bottom w:val="single" w:color="FF4A00" w:sz="6" w:space="0"/>
            <w:right w:val="nil"/>
          </w:tcBorders>
          <w:tcMar>
            <w:left w:w="105" w:type="dxa"/>
            <w:right w:w="105" w:type="dxa"/>
          </w:tcMar>
        </w:tcPr>
        <w:p w:rsidR="59F93942" w:rsidP="59F93942" w:rsidRDefault="59F93942" w14:paraId="1A5D8109" w14:textId="5297606D">
          <w:pP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ascii="Aptos" w:hAnsi="Aptos" w:eastAsia="Aptos" w:cs="Aptos"/>
              <w:color w:val="000000" w:themeColor="text1"/>
              <w:sz w:val="24"/>
              <w:szCs w:val="24"/>
            </w:rPr>
          </w:pPr>
        </w:p>
      </w:tc>
      <w:tc>
        <w:tcPr>
          <w:tcW w:w="3105" w:type="dxa"/>
          <w:tcBorders>
            <w:top w:val="nil"/>
            <w:left w:val="nil"/>
            <w:bottom w:val="single" w:color="FF4A00" w:sz="6" w:space="0"/>
            <w:right w:val="nil"/>
          </w:tcBorders>
          <w:tcMar>
            <w:left w:w="105" w:type="dxa"/>
            <w:right w:w="105" w:type="dxa"/>
          </w:tcMar>
        </w:tcPr>
        <w:p w:rsidR="59F93942" w:rsidP="59F93942" w:rsidRDefault="59F93942" w14:paraId="7D8C5E35" w14:textId="557E8136">
          <w:pP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rFonts w:ascii="Aptos" w:hAnsi="Aptos" w:eastAsia="Aptos" w:cs="Aptos"/>
              <w:color w:val="000000" w:themeColor="text1"/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 wp14:anchorId="0A34F973" wp14:editId="422EE460">
                <wp:extent cx="990600" cy="981075"/>
                <wp:effectExtent l="0" t="0" r="0" b="0"/>
                <wp:docPr id="957878353" name="draw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57878353" name="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0600" cy="9810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59F93942" w:rsidP="59F93942" w:rsidRDefault="59F93942" w14:paraId="7EEE30D9" w14:textId="39BB2B9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30">
    <w:nsid w:val="375b567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ddc68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4bf17fe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451a619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4fb941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46b1c1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415cd82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725817b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94d382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256fe15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446258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21a3ecf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37b72d4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ddf761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6398ead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9" w15:restartNumberingAfterBreak="0">
    <w:nsid w:val="0477955C"/>
    <w:multiLevelType w:val="hybridMultilevel"/>
    <w:tmpl w:val="036218F4"/>
    <w:lvl w:ilvl="0" w:tplc="87F081B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71ABF3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690B5D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7EC7C4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37CB9A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6AA4F4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73AAE4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D3CFA8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6AE261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0DE3CD54"/>
    <w:multiLevelType w:val="hybridMultilevel"/>
    <w:tmpl w:val="617A1E52"/>
    <w:lvl w:ilvl="0" w:tplc="76400148">
      <w:start w:val="1"/>
      <w:numFmt w:val="upperLetter"/>
      <w:lvlText w:val="%1."/>
      <w:lvlJc w:val="left"/>
      <w:pPr>
        <w:ind w:left="720" w:hanging="360"/>
      </w:pPr>
    </w:lvl>
    <w:lvl w:ilvl="1" w:tplc="75DAA282">
      <w:start w:val="1"/>
      <w:numFmt w:val="lowerLetter"/>
      <w:lvlText w:val="%2."/>
      <w:lvlJc w:val="left"/>
      <w:pPr>
        <w:ind w:left="1440" w:hanging="360"/>
      </w:pPr>
    </w:lvl>
    <w:lvl w:ilvl="2" w:tplc="F3AA4BA0">
      <w:start w:val="1"/>
      <w:numFmt w:val="lowerRoman"/>
      <w:lvlText w:val="%3."/>
      <w:lvlJc w:val="right"/>
      <w:pPr>
        <w:ind w:left="2160" w:hanging="180"/>
      </w:pPr>
    </w:lvl>
    <w:lvl w:ilvl="3" w:tplc="D2128FDA">
      <w:start w:val="1"/>
      <w:numFmt w:val="decimal"/>
      <w:lvlText w:val="%4."/>
      <w:lvlJc w:val="left"/>
      <w:pPr>
        <w:ind w:left="2880" w:hanging="360"/>
      </w:pPr>
    </w:lvl>
    <w:lvl w:ilvl="4" w:tplc="3224DA66">
      <w:start w:val="1"/>
      <w:numFmt w:val="lowerLetter"/>
      <w:lvlText w:val="%5."/>
      <w:lvlJc w:val="left"/>
      <w:pPr>
        <w:ind w:left="3600" w:hanging="360"/>
      </w:pPr>
    </w:lvl>
    <w:lvl w:ilvl="5" w:tplc="0F80DC60">
      <w:start w:val="1"/>
      <w:numFmt w:val="lowerRoman"/>
      <w:lvlText w:val="%6."/>
      <w:lvlJc w:val="right"/>
      <w:pPr>
        <w:ind w:left="4320" w:hanging="180"/>
      </w:pPr>
    </w:lvl>
    <w:lvl w:ilvl="6" w:tplc="C8F62E90">
      <w:start w:val="1"/>
      <w:numFmt w:val="decimal"/>
      <w:lvlText w:val="%7."/>
      <w:lvlJc w:val="left"/>
      <w:pPr>
        <w:ind w:left="5040" w:hanging="360"/>
      </w:pPr>
    </w:lvl>
    <w:lvl w:ilvl="7" w:tplc="D00CDBFC">
      <w:start w:val="1"/>
      <w:numFmt w:val="lowerLetter"/>
      <w:lvlText w:val="%8."/>
      <w:lvlJc w:val="left"/>
      <w:pPr>
        <w:ind w:left="5760" w:hanging="360"/>
      </w:pPr>
    </w:lvl>
    <w:lvl w:ilvl="8" w:tplc="D666C51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67E0BF"/>
    <w:multiLevelType w:val="hybridMultilevel"/>
    <w:tmpl w:val="ACB408F2"/>
    <w:lvl w:ilvl="0" w:tplc="A9F8FFB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8BA651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11E581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B54D58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FB8C18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598A4D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D3C009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4BC19E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C5C707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4EE9A2CD"/>
    <w:multiLevelType w:val="hybridMultilevel"/>
    <w:tmpl w:val="3A7632D0"/>
    <w:lvl w:ilvl="0" w:tplc="DAA228B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84C7DA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0FA42A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C2EFA0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260C1A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914854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8F453B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27AB8E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BA8A00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58901FE8"/>
    <w:multiLevelType w:val="hybridMultilevel"/>
    <w:tmpl w:val="7D72DD34"/>
    <w:lvl w:ilvl="0" w:tplc="AA480C2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204D95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6C6123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7B287F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F6E5D6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F30992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2C8799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E9ABCF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98C40A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709CF821"/>
    <w:multiLevelType w:val="hybridMultilevel"/>
    <w:tmpl w:val="C4A0CCE0"/>
    <w:lvl w:ilvl="0" w:tplc="450C49F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2EE446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5E0518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390B0F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A06A04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DCEF13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0C465F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7103D4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6EC216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756B33B7"/>
    <w:multiLevelType w:val="hybridMultilevel"/>
    <w:tmpl w:val="0CD234C6"/>
    <w:lvl w:ilvl="0" w:tplc="0D1EB9E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5880A3A6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w:ilvl="2" w:tplc="B818F468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D3A4D146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19CCEAEC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w:ilvl="5" w:tplc="0B38A126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C3A2D290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968E44F6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w:ilvl="8" w:tplc="FDE4D25C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" w16cid:durableId="288047742">
    <w:abstractNumId w:val="10"/>
  </w:num>
  <w:num w:numId="2" w16cid:durableId="2027708512">
    <w:abstractNumId w:val="12"/>
  </w:num>
  <w:num w:numId="3" w16cid:durableId="64962596">
    <w:abstractNumId w:val="9"/>
  </w:num>
  <w:num w:numId="4" w16cid:durableId="698897878">
    <w:abstractNumId w:val="14"/>
  </w:num>
  <w:num w:numId="5" w16cid:durableId="1990936684">
    <w:abstractNumId w:val="15"/>
  </w:num>
  <w:num w:numId="6" w16cid:durableId="1026174781">
    <w:abstractNumId w:val="11"/>
  </w:num>
  <w:num w:numId="7" w16cid:durableId="414404001">
    <w:abstractNumId w:val="13"/>
  </w:num>
  <w:num w:numId="8" w16cid:durableId="470712072">
    <w:abstractNumId w:val="8"/>
  </w:num>
  <w:num w:numId="9" w16cid:durableId="2019965660">
    <w:abstractNumId w:val="6"/>
  </w:num>
  <w:num w:numId="10" w16cid:durableId="975571495">
    <w:abstractNumId w:val="5"/>
  </w:num>
  <w:num w:numId="11" w16cid:durableId="1659922914">
    <w:abstractNumId w:val="4"/>
  </w:num>
  <w:num w:numId="12" w16cid:durableId="2038117374">
    <w:abstractNumId w:val="7"/>
  </w:num>
  <w:num w:numId="13" w16cid:durableId="1522936669">
    <w:abstractNumId w:val="3"/>
  </w:num>
  <w:num w:numId="14" w16cid:durableId="1040016760">
    <w:abstractNumId w:val="2"/>
  </w:num>
  <w:num w:numId="15" w16cid:durableId="1802504156">
    <w:abstractNumId w:val="1"/>
  </w:num>
  <w:num w:numId="16" w16cid:durableId="601760574">
    <w:abstractNumId w:val="0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F2340"/>
    <w:rsid w:val="000FD911"/>
    <w:rsid w:val="0015074B"/>
    <w:rsid w:val="001DCF54"/>
    <w:rsid w:val="0029639D"/>
    <w:rsid w:val="002D3D5A"/>
    <w:rsid w:val="002F41C9"/>
    <w:rsid w:val="00326F90"/>
    <w:rsid w:val="00515CDF"/>
    <w:rsid w:val="00570720"/>
    <w:rsid w:val="00585898"/>
    <w:rsid w:val="006D5BA1"/>
    <w:rsid w:val="006F7298"/>
    <w:rsid w:val="008D13BB"/>
    <w:rsid w:val="008E0831"/>
    <w:rsid w:val="00AA1D8D"/>
    <w:rsid w:val="00AD9DEC"/>
    <w:rsid w:val="00B47730"/>
    <w:rsid w:val="00B77E1C"/>
    <w:rsid w:val="00CB0664"/>
    <w:rsid w:val="00D3E0A6"/>
    <w:rsid w:val="00DF66EC"/>
    <w:rsid w:val="00EB7B34"/>
    <w:rsid w:val="00F9430A"/>
    <w:rsid w:val="00FB5D29"/>
    <w:rsid w:val="00FC693F"/>
    <w:rsid w:val="00FC69B7"/>
    <w:rsid w:val="00FDB05E"/>
    <w:rsid w:val="0101CC32"/>
    <w:rsid w:val="010439FB"/>
    <w:rsid w:val="018FC254"/>
    <w:rsid w:val="01A723B2"/>
    <w:rsid w:val="0244626B"/>
    <w:rsid w:val="0264EEE6"/>
    <w:rsid w:val="0330FB88"/>
    <w:rsid w:val="03620859"/>
    <w:rsid w:val="0379EC4C"/>
    <w:rsid w:val="03D24CA2"/>
    <w:rsid w:val="04C3F4E9"/>
    <w:rsid w:val="0549BC4C"/>
    <w:rsid w:val="070C0ADC"/>
    <w:rsid w:val="07143F81"/>
    <w:rsid w:val="0784EFBA"/>
    <w:rsid w:val="08166006"/>
    <w:rsid w:val="08233678"/>
    <w:rsid w:val="0826AEA4"/>
    <w:rsid w:val="0854FE93"/>
    <w:rsid w:val="093B9452"/>
    <w:rsid w:val="09445BC0"/>
    <w:rsid w:val="09DA06FE"/>
    <w:rsid w:val="0A232E09"/>
    <w:rsid w:val="0A96EF8A"/>
    <w:rsid w:val="0AA7A583"/>
    <w:rsid w:val="0ADE3C57"/>
    <w:rsid w:val="0AF3E79F"/>
    <w:rsid w:val="0AF9E61A"/>
    <w:rsid w:val="0B4086C6"/>
    <w:rsid w:val="0C19B1BD"/>
    <w:rsid w:val="0C35BA34"/>
    <w:rsid w:val="0C3ABAE3"/>
    <w:rsid w:val="0C8CE347"/>
    <w:rsid w:val="0CAA8E15"/>
    <w:rsid w:val="0DE6ABA3"/>
    <w:rsid w:val="0DFC54A6"/>
    <w:rsid w:val="0E1FE0E8"/>
    <w:rsid w:val="0E658630"/>
    <w:rsid w:val="0EA20274"/>
    <w:rsid w:val="0EC08EA8"/>
    <w:rsid w:val="0EEB7399"/>
    <w:rsid w:val="0F53C1D6"/>
    <w:rsid w:val="0F5BAC9C"/>
    <w:rsid w:val="0FB66F0B"/>
    <w:rsid w:val="0FF4A437"/>
    <w:rsid w:val="100A5E07"/>
    <w:rsid w:val="101BF359"/>
    <w:rsid w:val="1056272C"/>
    <w:rsid w:val="10A8886C"/>
    <w:rsid w:val="112D0981"/>
    <w:rsid w:val="119B8594"/>
    <w:rsid w:val="122A6D32"/>
    <w:rsid w:val="12619AD8"/>
    <w:rsid w:val="12DA630C"/>
    <w:rsid w:val="134588C4"/>
    <w:rsid w:val="13CA0A73"/>
    <w:rsid w:val="1400A591"/>
    <w:rsid w:val="146176E8"/>
    <w:rsid w:val="1491AE92"/>
    <w:rsid w:val="14F47927"/>
    <w:rsid w:val="1508FB34"/>
    <w:rsid w:val="15332070"/>
    <w:rsid w:val="1557C974"/>
    <w:rsid w:val="15A0346D"/>
    <w:rsid w:val="15D4827C"/>
    <w:rsid w:val="16736140"/>
    <w:rsid w:val="16F667FC"/>
    <w:rsid w:val="172ADA4C"/>
    <w:rsid w:val="178C8ED3"/>
    <w:rsid w:val="18FF188D"/>
    <w:rsid w:val="19395A98"/>
    <w:rsid w:val="19922F37"/>
    <w:rsid w:val="19C33526"/>
    <w:rsid w:val="1A73A728"/>
    <w:rsid w:val="1A74AFE8"/>
    <w:rsid w:val="1B3599FC"/>
    <w:rsid w:val="1B89AB46"/>
    <w:rsid w:val="1BA90C0F"/>
    <w:rsid w:val="1C4F9C62"/>
    <w:rsid w:val="1D13250F"/>
    <w:rsid w:val="1D51D108"/>
    <w:rsid w:val="1E90A0D1"/>
    <w:rsid w:val="1E9E6FA8"/>
    <w:rsid w:val="1EC387D2"/>
    <w:rsid w:val="1F0C6307"/>
    <w:rsid w:val="1F1BC37B"/>
    <w:rsid w:val="1F4A93B8"/>
    <w:rsid w:val="1F51971F"/>
    <w:rsid w:val="1FC605D1"/>
    <w:rsid w:val="204F5793"/>
    <w:rsid w:val="20FD36F7"/>
    <w:rsid w:val="2111FF38"/>
    <w:rsid w:val="216B65EA"/>
    <w:rsid w:val="21F43B56"/>
    <w:rsid w:val="22C4D024"/>
    <w:rsid w:val="23AA8047"/>
    <w:rsid w:val="2467416B"/>
    <w:rsid w:val="24800FB3"/>
    <w:rsid w:val="24C60CDF"/>
    <w:rsid w:val="24CA148A"/>
    <w:rsid w:val="25282455"/>
    <w:rsid w:val="25725B2E"/>
    <w:rsid w:val="25A2324A"/>
    <w:rsid w:val="2629A368"/>
    <w:rsid w:val="267106C2"/>
    <w:rsid w:val="26D26E2C"/>
    <w:rsid w:val="26E00281"/>
    <w:rsid w:val="277527B7"/>
    <w:rsid w:val="2799CD47"/>
    <w:rsid w:val="27E46373"/>
    <w:rsid w:val="2829077C"/>
    <w:rsid w:val="28620622"/>
    <w:rsid w:val="28700ADA"/>
    <w:rsid w:val="2954ACAC"/>
    <w:rsid w:val="29ABB8A5"/>
    <w:rsid w:val="2A1F959B"/>
    <w:rsid w:val="2A514031"/>
    <w:rsid w:val="2A7AD27D"/>
    <w:rsid w:val="2AA817F3"/>
    <w:rsid w:val="2AB3C27F"/>
    <w:rsid w:val="2B29DF26"/>
    <w:rsid w:val="2B9EA024"/>
    <w:rsid w:val="2BC06CBD"/>
    <w:rsid w:val="2CE827E0"/>
    <w:rsid w:val="2D0593CE"/>
    <w:rsid w:val="2D5A7080"/>
    <w:rsid w:val="2D5FD431"/>
    <w:rsid w:val="2DC3F960"/>
    <w:rsid w:val="2DE9D1ED"/>
    <w:rsid w:val="2E7AEAFF"/>
    <w:rsid w:val="2EF46C91"/>
    <w:rsid w:val="2F5EA3BB"/>
    <w:rsid w:val="2F9F3188"/>
    <w:rsid w:val="2FF39764"/>
    <w:rsid w:val="307C7A71"/>
    <w:rsid w:val="30D7AFA8"/>
    <w:rsid w:val="31280341"/>
    <w:rsid w:val="31B4E0B7"/>
    <w:rsid w:val="3221EA44"/>
    <w:rsid w:val="33237806"/>
    <w:rsid w:val="335990EC"/>
    <w:rsid w:val="340085CC"/>
    <w:rsid w:val="34ADE2CD"/>
    <w:rsid w:val="350DF1CF"/>
    <w:rsid w:val="351322A3"/>
    <w:rsid w:val="355ABDC7"/>
    <w:rsid w:val="359D9D43"/>
    <w:rsid w:val="35A3C574"/>
    <w:rsid w:val="35C3AC08"/>
    <w:rsid w:val="35FABA2D"/>
    <w:rsid w:val="363D515D"/>
    <w:rsid w:val="364EBF8C"/>
    <w:rsid w:val="3654A0F1"/>
    <w:rsid w:val="365F2F12"/>
    <w:rsid w:val="366E0556"/>
    <w:rsid w:val="3720618B"/>
    <w:rsid w:val="3763768D"/>
    <w:rsid w:val="380EA1EB"/>
    <w:rsid w:val="38B1A872"/>
    <w:rsid w:val="38FB7BF1"/>
    <w:rsid w:val="393C5F6C"/>
    <w:rsid w:val="394B9DEE"/>
    <w:rsid w:val="398A6BF8"/>
    <w:rsid w:val="39D953D2"/>
    <w:rsid w:val="3A1CF8F3"/>
    <w:rsid w:val="3A3AE2BE"/>
    <w:rsid w:val="3A5766D1"/>
    <w:rsid w:val="3A644610"/>
    <w:rsid w:val="3B3CE706"/>
    <w:rsid w:val="3BFB098F"/>
    <w:rsid w:val="3CD3469C"/>
    <w:rsid w:val="3D06290F"/>
    <w:rsid w:val="3D32851F"/>
    <w:rsid w:val="3D56A618"/>
    <w:rsid w:val="3D5A089A"/>
    <w:rsid w:val="3D91D984"/>
    <w:rsid w:val="3DE8E057"/>
    <w:rsid w:val="3E41BC2E"/>
    <w:rsid w:val="3F5C5476"/>
    <w:rsid w:val="3FD6AFEE"/>
    <w:rsid w:val="40FB07E5"/>
    <w:rsid w:val="4114D3CE"/>
    <w:rsid w:val="41354173"/>
    <w:rsid w:val="419C129C"/>
    <w:rsid w:val="41A73A76"/>
    <w:rsid w:val="41BC7CCA"/>
    <w:rsid w:val="427BD678"/>
    <w:rsid w:val="42C46EDE"/>
    <w:rsid w:val="43083052"/>
    <w:rsid w:val="43267337"/>
    <w:rsid w:val="43403770"/>
    <w:rsid w:val="43668EDE"/>
    <w:rsid w:val="440611DB"/>
    <w:rsid w:val="4411E3D3"/>
    <w:rsid w:val="44273B98"/>
    <w:rsid w:val="444D193E"/>
    <w:rsid w:val="44866BC8"/>
    <w:rsid w:val="4494428C"/>
    <w:rsid w:val="4567CABD"/>
    <w:rsid w:val="459F5444"/>
    <w:rsid w:val="46531748"/>
    <w:rsid w:val="467848B7"/>
    <w:rsid w:val="46B6F1EF"/>
    <w:rsid w:val="46CBE4C6"/>
    <w:rsid w:val="47083A95"/>
    <w:rsid w:val="4724A4ED"/>
    <w:rsid w:val="47AD1A99"/>
    <w:rsid w:val="47B4D707"/>
    <w:rsid w:val="47ECCF31"/>
    <w:rsid w:val="481A36E3"/>
    <w:rsid w:val="484AF44E"/>
    <w:rsid w:val="4856C7BB"/>
    <w:rsid w:val="48E18D47"/>
    <w:rsid w:val="48FAC600"/>
    <w:rsid w:val="49FE1653"/>
    <w:rsid w:val="4AB45068"/>
    <w:rsid w:val="4AE5C830"/>
    <w:rsid w:val="4AFB3B15"/>
    <w:rsid w:val="4BA27CF0"/>
    <w:rsid w:val="4D252F93"/>
    <w:rsid w:val="4D3A6DA7"/>
    <w:rsid w:val="4D876BCF"/>
    <w:rsid w:val="4DBFFB2D"/>
    <w:rsid w:val="4DD8719F"/>
    <w:rsid w:val="4E08DA8C"/>
    <w:rsid w:val="4E216AF5"/>
    <w:rsid w:val="4EBCEEEA"/>
    <w:rsid w:val="4F0658DA"/>
    <w:rsid w:val="4F22C6CB"/>
    <w:rsid w:val="4FBE33B8"/>
    <w:rsid w:val="4FE45143"/>
    <w:rsid w:val="501E3A73"/>
    <w:rsid w:val="505EA7BD"/>
    <w:rsid w:val="50FEEEEE"/>
    <w:rsid w:val="517BDA5C"/>
    <w:rsid w:val="51C2CDDE"/>
    <w:rsid w:val="51C5F8E2"/>
    <w:rsid w:val="51F126BF"/>
    <w:rsid w:val="520496D9"/>
    <w:rsid w:val="52C5F675"/>
    <w:rsid w:val="52CBC6AE"/>
    <w:rsid w:val="53141E78"/>
    <w:rsid w:val="54772A7D"/>
    <w:rsid w:val="549D3900"/>
    <w:rsid w:val="54D917D0"/>
    <w:rsid w:val="54F80DEB"/>
    <w:rsid w:val="558C0791"/>
    <w:rsid w:val="55A9BB6B"/>
    <w:rsid w:val="55C3E1DA"/>
    <w:rsid w:val="55ED3573"/>
    <w:rsid w:val="55FA46B1"/>
    <w:rsid w:val="5662AEAB"/>
    <w:rsid w:val="567062F0"/>
    <w:rsid w:val="56E4BA51"/>
    <w:rsid w:val="56EFD82E"/>
    <w:rsid w:val="56F98CE9"/>
    <w:rsid w:val="57921EA3"/>
    <w:rsid w:val="57A39059"/>
    <w:rsid w:val="57F59413"/>
    <w:rsid w:val="585C87BA"/>
    <w:rsid w:val="588DE748"/>
    <w:rsid w:val="59402FF9"/>
    <w:rsid w:val="5996153A"/>
    <w:rsid w:val="59F93942"/>
    <w:rsid w:val="5A4A81F1"/>
    <w:rsid w:val="5ABA5393"/>
    <w:rsid w:val="5B98687E"/>
    <w:rsid w:val="5BB53B3F"/>
    <w:rsid w:val="5BD829D8"/>
    <w:rsid w:val="5C7B8507"/>
    <w:rsid w:val="5CAFA306"/>
    <w:rsid w:val="5CD3CC9C"/>
    <w:rsid w:val="5D55A7A9"/>
    <w:rsid w:val="5D798C50"/>
    <w:rsid w:val="5DA46784"/>
    <w:rsid w:val="5E0248DC"/>
    <w:rsid w:val="5E503F58"/>
    <w:rsid w:val="5E8BC959"/>
    <w:rsid w:val="5EEE9FBE"/>
    <w:rsid w:val="5F3F97B5"/>
    <w:rsid w:val="5F88CD50"/>
    <w:rsid w:val="5F894CA0"/>
    <w:rsid w:val="5FB1E59D"/>
    <w:rsid w:val="5FC1DD25"/>
    <w:rsid w:val="5FCAD835"/>
    <w:rsid w:val="601E5B87"/>
    <w:rsid w:val="6031E0B1"/>
    <w:rsid w:val="6059CAB0"/>
    <w:rsid w:val="607BE31A"/>
    <w:rsid w:val="61BAD6A4"/>
    <w:rsid w:val="61BE9C95"/>
    <w:rsid w:val="61E5FAA0"/>
    <w:rsid w:val="624DDF28"/>
    <w:rsid w:val="626B0876"/>
    <w:rsid w:val="629FFCF6"/>
    <w:rsid w:val="62F9402C"/>
    <w:rsid w:val="63379922"/>
    <w:rsid w:val="63811604"/>
    <w:rsid w:val="642A1FED"/>
    <w:rsid w:val="647CB828"/>
    <w:rsid w:val="64866750"/>
    <w:rsid w:val="648EE163"/>
    <w:rsid w:val="64E86334"/>
    <w:rsid w:val="6511660A"/>
    <w:rsid w:val="655A1270"/>
    <w:rsid w:val="65CBC702"/>
    <w:rsid w:val="65E0CDA2"/>
    <w:rsid w:val="666C828F"/>
    <w:rsid w:val="6683A5D4"/>
    <w:rsid w:val="6687D31C"/>
    <w:rsid w:val="66966C7A"/>
    <w:rsid w:val="66C2E787"/>
    <w:rsid w:val="677A8402"/>
    <w:rsid w:val="68499EB1"/>
    <w:rsid w:val="69337146"/>
    <w:rsid w:val="698D9452"/>
    <w:rsid w:val="698E74F0"/>
    <w:rsid w:val="6A46FE21"/>
    <w:rsid w:val="6A496593"/>
    <w:rsid w:val="6AA8BD5E"/>
    <w:rsid w:val="6AE61333"/>
    <w:rsid w:val="6B645F9D"/>
    <w:rsid w:val="6B75767E"/>
    <w:rsid w:val="6B87BDE0"/>
    <w:rsid w:val="6BE6098A"/>
    <w:rsid w:val="6C6B2A30"/>
    <w:rsid w:val="6CEA26F8"/>
    <w:rsid w:val="6D348CEE"/>
    <w:rsid w:val="6D6DBB5E"/>
    <w:rsid w:val="6D728E1A"/>
    <w:rsid w:val="6D8FED53"/>
    <w:rsid w:val="6E1AB8FF"/>
    <w:rsid w:val="6E1E2373"/>
    <w:rsid w:val="6E660C5E"/>
    <w:rsid w:val="6EA85140"/>
    <w:rsid w:val="6EBF3EB4"/>
    <w:rsid w:val="6F197820"/>
    <w:rsid w:val="6F56618B"/>
    <w:rsid w:val="6F9C8E3A"/>
    <w:rsid w:val="6FEC496A"/>
    <w:rsid w:val="702F4163"/>
    <w:rsid w:val="702F55C7"/>
    <w:rsid w:val="708BB98F"/>
    <w:rsid w:val="7099331B"/>
    <w:rsid w:val="71062BDC"/>
    <w:rsid w:val="71243BAB"/>
    <w:rsid w:val="71D08C77"/>
    <w:rsid w:val="723EDD39"/>
    <w:rsid w:val="728EAF7E"/>
    <w:rsid w:val="72C30DA6"/>
    <w:rsid w:val="73044842"/>
    <w:rsid w:val="73286F91"/>
    <w:rsid w:val="7333C4B0"/>
    <w:rsid w:val="737B3474"/>
    <w:rsid w:val="73AB9AD7"/>
    <w:rsid w:val="742AA3A5"/>
    <w:rsid w:val="743A06CA"/>
    <w:rsid w:val="746FEA7B"/>
    <w:rsid w:val="749977D8"/>
    <w:rsid w:val="751D366F"/>
    <w:rsid w:val="75214B46"/>
    <w:rsid w:val="7585DCF6"/>
    <w:rsid w:val="75B1FB93"/>
    <w:rsid w:val="75DDAAB6"/>
    <w:rsid w:val="76FF3D3A"/>
    <w:rsid w:val="77057C17"/>
    <w:rsid w:val="7714101F"/>
    <w:rsid w:val="773C6C43"/>
    <w:rsid w:val="776EABCA"/>
    <w:rsid w:val="77C5CBF3"/>
    <w:rsid w:val="77FE1FDA"/>
    <w:rsid w:val="7805F844"/>
    <w:rsid w:val="7857B8E7"/>
    <w:rsid w:val="78BA442D"/>
    <w:rsid w:val="78E840C3"/>
    <w:rsid w:val="78F966C6"/>
    <w:rsid w:val="7906DF3A"/>
    <w:rsid w:val="794EA703"/>
    <w:rsid w:val="79FC1FC6"/>
    <w:rsid w:val="7A00A3F0"/>
    <w:rsid w:val="7A1E52CC"/>
    <w:rsid w:val="7A5FA418"/>
    <w:rsid w:val="7A7575F6"/>
    <w:rsid w:val="7A9BF1E4"/>
    <w:rsid w:val="7ACEFD84"/>
    <w:rsid w:val="7AF7A9DE"/>
    <w:rsid w:val="7BF66E6C"/>
    <w:rsid w:val="7CF7283F"/>
    <w:rsid w:val="7DA0FDD1"/>
    <w:rsid w:val="7DA5B99D"/>
    <w:rsid w:val="7DD1AA4C"/>
    <w:rsid w:val="7DE9AE5E"/>
    <w:rsid w:val="7EEBBBAE"/>
    <w:rsid w:val="7F03BA3C"/>
    <w:rsid w:val="7F2EB70C"/>
    <w:rsid w:val="7F3171C6"/>
    <w:rsid w:val="7F4CA21C"/>
    <w:rsid w:val="7FBFF5A7"/>
    <w:rsid w:val="7FC1D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30"/>
  <w15:docId w15:val="{A9C95173-22DA-4DF5-B93B-05EE2E056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8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9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10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12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13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14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C693F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C693F"/>
    <w:rPr>
      <w:rFonts w:asciiTheme="majorHAnsi" w:hAnsiTheme="majorHAnsi" w:eastAsiaTheme="majorEastAsia" w:cstheme="majorBidi"/>
      <w:color w:val="243F60" w:themeColor="accent1" w:themeShade="7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C693F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C693F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59F93942"/>
    <w:rPr>
      <w:color w:val="0000FF"/>
      <w:u w:val="single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F9430A"/>
    <w:rPr>
      <w:color w:val="605E5C"/>
      <w:shd w:val="clear" w:color="auto" w:fill="E1DFD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7E1C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B77E1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microsoft.com/office/2011/relationships/commentsExtended" Target="commentsExtended.xml" Id="rId13" /><Relationship Type="http://schemas.openxmlformats.org/officeDocument/2006/relationships/footer" Target="footer1.xml" Id="rId18" /><Relationship Type="http://schemas.openxmlformats.org/officeDocument/2006/relationships/customXml" Target="../customXml/item3.xml" Id="rId3" /><Relationship Type="http://schemas.openxmlformats.org/officeDocument/2006/relationships/theme" Target="theme/theme1.xml" Id="rId21" /><Relationship Type="http://schemas.openxmlformats.org/officeDocument/2006/relationships/settings" Target="settings.xml" Id="rId7" /><Relationship Type="http://schemas.openxmlformats.org/officeDocument/2006/relationships/header" Target="header1.xml" Id="rId17" /><Relationship Type="http://schemas.openxmlformats.org/officeDocument/2006/relationships/customXml" Target="../customXml/item2.xml" Id="rId2" /><Relationship Type="http://schemas.microsoft.com/office/2011/relationships/people" Target="people.xml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fontTable" Target="fontTable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microsoft.com/office/2016/09/relationships/commentsIds" Target="commentsIds.xml" Id="rId14" /><Relationship Type="http://schemas.openxmlformats.org/officeDocument/2006/relationships/hyperlink" Target="http://www.latinoheritage.us/" TargetMode="External" Id="R10bae60064c7479c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info@latinoheritage.us" TargetMode="External"/><Relationship Id="rId1" Type="http://schemas.openxmlformats.org/officeDocument/2006/relationships/hyperlink" Target="http://www.latinoheritage.us/gra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a445048-2f8b-4e30-b6fd-e582e4cf72e9">
      <Terms xmlns="http://schemas.microsoft.com/office/infopath/2007/PartnerControls"/>
    </lcf76f155ced4ddcb4097134ff3c332f>
    <Content xmlns="aa445048-2f8b-4e30-b6fd-e582e4cf72e9" xsi:nil="true"/>
    <TaxCatchAll xmlns="9c6d57e9-b22c-4f08-804c-4a355d8cda71" xsi:nil="true"/>
    <SiteType xmlns="aa445048-2f8b-4e30-b6fd-e582e4cf72e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FCF93244B4FC4FA80E63B29F41D796" ma:contentTypeVersion="15" ma:contentTypeDescription="Create a new document." ma:contentTypeScope="" ma:versionID="4c5618db5d7ba5e8a13284e04954b496">
  <xsd:schema xmlns:xsd="http://www.w3.org/2001/XMLSchema" xmlns:xs="http://www.w3.org/2001/XMLSchema" xmlns:p="http://schemas.microsoft.com/office/2006/metadata/properties" xmlns:ns2="aa445048-2f8b-4e30-b6fd-e582e4cf72e9" xmlns:ns3="9c6d57e9-b22c-4f08-804c-4a355d8cda71" targetNamespace="http://schemas.microsoft.com/office/2006/metadata/properties" ma:root="true" ma:fieldsID="cd3940dff55bc51dfa99e0a3d56bed55" ns2:_="" ns3:_="">
    <xsd:import namespace="aa445048-2f8b-4e30-b6fd-e582e4cf72e9"/>
    <xsd:import namespace="9c6d57e9-b22c-4f08-804c-4a355d8cda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Content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SiteTyp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445048-2f8b-4e30-b6fd-e582e4cf72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Content" ma:index="12" nillable="true" ma:displayName="Document Type" ma:format="Dropdown" ma:internalName="Content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Forms"/>
                        <xsd:enumeration value="Letters"/>
                        <xsd:enumeration value="Presentation"/>
                        <xsd:enumeration value="Tracker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9f67d50b-cf81-4a9b-809b-e5ad7ac8e0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SiteType" ma:index="22" nillable="true" ma:displayName="Site Type" ma:format="Dropdown" ma:internalName="SiteType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Archaeological Site"/>
                        <xsd:enumeration value="Cemetery"/>
                        <xsd:enumeration value="Cultural–Community Center"/>
                        <xsd:enumeration value="Historic Barrio"/>
                        <xsd:enumeration value="House–Residence"/>
                        <xsd:enumeration value="Industrial–Agricultural Site"/>
                        <xsd:enumeration value="Legacy Business"/>
                        <xsd:enumeration value="Monument–Memorial"/>
                        <xsd:enumeration value="Mural–Public Art"/>
                        <xsd:enumeration value="Park–Garden–Cultural Landscape"/>
                        <xsd:enumeration value="Place of Worship"/>
                        <xsd:enumeration value="Recreational"/>
                        <xsd:enumeration value="School–Educational Facility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6d57e9-b22c-4f08-804c-4a355d8cda71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430ccf0c-72f1-4be3-a8c6-0e73da372665}" ma:internalName="TaxCatchAll" ma:showField="CatchAllData" ma:web="9c6d57e9-b22c-4f08-804c-4a355d8cda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5A747E-868B-4602-8630-285720713F8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4BD065-9F02-49B6-A1AF-7E9BCE06C306}">
  <ds:schemaRefs>
    <ds:schemaRef ds:uri="http://schemas.microsoft.com/office/2006/metadata/properties"/>
    <ds:schemaRef ds:uri="http://schemas.microsoft.com/office/infopath/2007/PartnerControls"/>
    <ds:schemaRef ds:uri="aa445048-2f8b-4e30-b6fd-e582e4cf72e9"/>
    <ds:schemaRef ds:uri="9c6d57e9-b22c-4f08-804c-4a355d8cda71"/>
  </ds:schemaRefs>
</ds:datastoreItem>
</file>

<file path=customXml/itemProps3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8ECE1CC-C1A5-4A30-98D7-4FA6CB83B7A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python-docx</dc:creator>
  <keywords/>
  <dc:description>generated by python-docx</dc:description>
  <lastModifiedBy>Patricia Zarate Singletary</lastModifiedBy>
  <revision>20</revision>
  <dcterms:created xsi:type="dcterms:W3CDTF">2025-10-13T21:00:00.0000000Z</dcterms:created>
  <dcterms:modified xsi:type="dcterms:W3CDTF">2026-11-02T02:35:28.0977487Z</dcterms:modified>
  <category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0x01010035FCF93244B4FC4FA80E63B29F41D796</vt:lpwstr>
  </property>
  <property fmtid="{D5CDD505-2E9C-101B-9397-08002B2CF9AE}" pid="3" name="MediaServiceImageTags">
    <vt:lpwstr/>
  </property>
</Properties>
</file>